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60C8C" w14:textId="77777777" w:rsidR="004E440B" w:rsidRPr="006B0AAC" w:rsidRDefault="004E440B" w:rsidP="00390513">
      <w:pPr>
        <w:spacing w:after="0"/>
        <w:jc w:val="center"/>
        <w:rPr>
          <w:rFonts w:ascii="Segoe UI" w:hAnsi="Segoe UI" w:cs="Segoe UI"/>
          <w:b/>
          <w:color w:val="17365D"/>
          <w:sz w:val="20"/>
          <w:szCs w:val="20"/>
          <w:lang w:val="cs-CZ"/>
        </w:rPr>
      </w:pPr>
    </w:p>
    <w:p w14:paraId="5349ED02" w14:textId="67A2799D" w:rsidR="00AD396F" w:rsidRPr="00E05499" w:rsidRDefault="00000000" w:rsidP="00390513">
      <w:pPr>
        <w:spacing w:after="0"/>
        <w:jc w:val="center"/>
        <w:rPr>
          <w:rFonts w:ascii="Segoe UI" w:hAnsi="Segoe UI" w:cs="Segoe UI"/>
          <w:sz w:val="24"/>
          <w:szCs w:val="24"/>
          <w:lang w:val="cs-CZ"/>
        </w:rPr>
      </w:pPr>
      <w:r w:rsidRPr="00E05499">
        <w:rPr>
          <w:rFonts w:ascii="Segoe UI" w:hAnsi="Segoe UI" w:cs="Segoe UI"/>
          <w:b/>
          <w:color w:val="17365D"/>
          <w:sz w:val="24"/>
          <w:szCs w:val="24"/>
          <w:lang w:val="cs-CZ"/>
        </w:rPr>
        <w:t>STANOVISKO ZPRACOVATELE PROJEKTOVÉ DOKUMENTACE</w:t>
      </w:r>
    </w:p>
    <w:p w14:paraId="56164EC6" w14:textId="77777777" w:rsidR="00AD396F" w:rsidRPr="006B0AAC" w:rsidRDefault="00000000" w:rsidP="00390513">
      <w:pPr>
        <w:spacing w:after="0"/>
        <w:jc w:val="center"/>
        <w:rPr>
          <w:rFonts w:ascii="Segoe UI" w:hAnsi="Segoe UI" w:cs="Segoe UI"/>
          <w:sz w:val="20"/>
          <w:szCs w:val="20"/>
          <w:lang w:val="cs-CZ"/>
        </w:rPr>
      </w:pPr>
      <w:r w:rsidRPr="006B0AAC">
        <w:rPr>
          <w:rFonts w:ascii="Segoe UI" w:hAnsi="Segoe UI" w:cs="Segoe UI"/>
          <w:color w:val="007C83"/>
          <w:sz w:val="20"/>
          <w:szCs w:val="20"/>
          <w:lang w:val="cs-CZ"/>
        </w:rPr>
        <w:t>Kontrolní list k finálnímu ukončení projektu a potvrzení technických parametrů</w:t>
      </w:r>
    </w:p>
    <w:p w14:paraId="720BCE79" w14:textId="77777777" w:rsidR="004E440B" w:rsidRPr="006B0AAC" w:rsidRDefault="004E440B" w:rsidP="00390513">
      <w:pPr>
        <w:keepNext/>
        <w:spacing w:after="0"/>
        <w:rPr>
          <w:rFonts w:ascii="Segoe UI" w:hAnsi="Segoe UI" w:cs="Segoe UI"/>
          <w:b/>
          <w:color w:val="17365D"/>
          <w:sz w:val="20"/>
          <w:szCs w:val="20"/>
          <w:lang w:val="cs-CZ"/>
        </w:rPr>
      </w:pPr>
    </w:p>
    <w:p w14:paraId="30D8F519" w14:textId="3E693D81" w:rsidR="00AD396F" w:rsidRPr="00464C12" w:rsidRDefault="00000000" w:rsidP="00390513">
      <w:pPr>
        <w:pStyle w:val="Odstavecseseznamem"/>
        <w:keepNext/>
        <w:numPr>
          <w:ilvl w:val="0"/>
          <w:numId w:val="10"/>
        </w:numPr>
        <w:spacing w:after="0"/>
        <w:rPr>
          <w:rFonts w:ascii="Segoe UI" w:hAnsi="Segoe UI" w:cs="Segoe UI"/>
          <w:b/>
          <w:color w:val="17365D"/>
          <w:sz w:val="20"/>
          <w:szCs w:val="20"/>
          <w:u w:val="single"/>
          <w:lang w:val="cs-CZ"/>
        </w:rPr>
      </w:pPr>
      <w:r w:rsidRPr="00464C12">
        <w:rPr>
          <w:rFonts w:ascii="Segoe UI" w:hAnsi="Segoe UI" w:cs="Segoe UI"/>
          <w:b/>
          <w:color w:val="17365D"/>
          <w:sz w:val="20"/>
          <w:szCs w:val="20"/>
          <w:u w:val="single"/>
          <w:lang w:val="cs-CZ"/>
        </w:rPr>
        <w:t>Identifikace projektu a zpracovatele</w:t>
      </w:r>
    </w:p>
    <w:p w14:paraId="4D29247A" w14:textId="77777777" w:rsidR="00464C12" w:rsidRPr="00464C12" w:rsidRDefault="00464C12" w:rsidP="00390513">
      <w:pPr>
        <w:pStyle w:val="Odstavecseseznamem"/>
        <w:keepNext/>
        <w:spacing w:after="0"/>
        <w:rPr>
          <w:rFonts w:ascii="Segoe UI" w:hAnsi="Segoe UI" w:cs="Segoe UI"/>
          <w:sz w:val="20"/>
          <w:szCs w:val="20"/>
          <w:u w:val="single"/>
          <w:lang w:val="cs-CZ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3061"/>
        <w:gridCol w:w="1757"/>
        <w:gridCol w:w="3061"/>
      </w:tblGrid>
      <w:tr w:rsidR="00AD396F" w:rsidRPr="006B0AAC" w14:paraId="536E6CD6" w14:textId="77777777">
        <w:trPr>
          <w:cantSplit/>
          <w:jc w:val="center"/>
        </w:trPr>
        <w:tc>
          <w:tcPr>
            <w:tcW w:w="1757" w:type="dxa"/>
            <w:shd w:val="clear" w:color="auto" w:fill="EAF2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E3F7A88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b/>
                <w:color w:val="17365D"/>
                <w:sz w:val="20"/>
                <w:szCs w:val="20"/>
                <w:lang w:val="cs-CZ"/>
              </w:rPr>
              <w:t>Název projektu</w:t>
            </w:r>
          </w:p>
        </w:tc>
        <w:tc>
          <w:tcPr>
            <w:tcW w:w="3061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44C5A98" w14:textId="23C6FCC1" w:rsidR="00AD396F" w:rsidRPr="006B0AAC" w:rsidRDefault="00AD396F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</w:p>
        </w:tc>
        <w:tc>
          <w:tcPr>
            <w:tcW w:w="1757" w:type="dxa"/>
            <w:shd w:val="clear" w:color="auto" w:fill="EAF2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03C52FB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b/>
                <w:color w:val="17365D"/>
                <w:sz w:val="20"/>
                <w:szCs w:val="20"/>
                <w:lang w:val="cs-CZ"/>
              </w:rPr>
              <w:t>Číslo projektu</w:t>
            </w:r>
          </w:p>
        </w:tc>
        <w:tc>
          <w:tcPr>
            <w:tcW w:w="3061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5485840" w14:textId="27FAA1C1" w:rsidR="00AD396F" w:rsidRPr="006B0AAC" w:rsidRDefault="00AD396F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</w:p>
        </w:tc>
      </w:tr>
      <w:tr w:rsidR="00AD396F" w:rsidRPr="006B0AAC" w14:paraId="185B349F" w14:textId="77777777">
        <w:trPr>
          <w:cantSplit/>
          <w:jc w:val="center"/>
        </w:trPr>
        <w:tc>
          <w:tcPr>
            <w:tcW w:w="1757" w:type="dxa"/>
            <w:shd w:val="clear" w:color="auto" w:fill="EAF2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E52228F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b/>
                <w:color w:val="17365D"/>
                <w:sz w:val="20"/>
                <w:szCs w:val="20"/>
                <w:lang w:val="cs-CZ"/>
              </w:rPr>
              <w:t>Příjemce / IČO</w:t>
            </w:r>
          </w:p>
        </w:tc>
        <w:tc>
          <w:tcPr>
            <w:tcW w:w="3061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004B977" w14:textId="09827B99" w:rsidR="00AD396F" w:rsidRPr="006B0AAC" w:rsidRDefault="00AD396F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</w:p>
        </w:tc>
        <w:tc>
          <w:tcPr>
            <w:tcW w:w="1757" w:type="dxa"/>
            <w:shd w:val="clear" w:color="auto" w:fill="EAF2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04BEB31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b/>
                <w:color w:val="17365D"/>
                <w:sz w:val="20"/>
                <w:szCs w:val="20"/>
                <w:lang w:val="cs-CZ"/>
              </w:rPr>
              <w:t>Místo realizace</w:t>
            </w:r>
          </w:p>
        </w:tc>
        <w:tc>
          <w:tcPr>
            <w:tcW w:w="3061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B8A6BED" w14:textId="6CA2264A" w:rsidR="00AD396F" w:rsidRPr="006B0AAC" w:rsidRDefault="00AD396F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</w:p>
        </w:tc>
      </w:tr>
      <w:tr w:rsidR="00AD396F" w:rsidRPr="006B0AAC" w14:paraId="3DE9705C" w14:textId="77777777">
        <w:trPr>
          <w:cantSplit/>
          <w:jc w:val="center"/>
        </w:trPr>
        <w:tc>
          <w:tcPr>
            <w:tcW w:w="1757" w:type="dxa"/>
            <w:shd w:val="clear" w:color="auto" w:fill="EAF2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DFE8336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b/>
                <w:color w:val="17365D"/>
                <w:sz w:val="20"/>
                <w:szCs w:val="20"/>
                <w:lang w:val="cs-CZ"/>
              </w:rPr>
              <w:t>Řešená budova</w:t>
            </w:r>
          </w:p>
        </w:tc>
        <w:tc>
          <w:tcPr>
            <w:tcW w:w="3061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7FCAB73" w14:textId="23AADF6F" w:rsidR="00AD396F" w:rsidRPr="006B0AAC" w:rsidRDefault="00AD396F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</w:p>
        </w:tc>
        <w:tc>
          <w:tcPr>
            <w:tcW w:w="1757" w:type="dxa"/>
            <w:shd w:val="clear" w:color="auto" w:fill="EAF2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34A25EF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b/>
                <w:color w:val="17365D"/>
                <w:sz w:val="20"/>
                <w:szCs w:val="20"/>
                <w:lang w:val="cs-CZ"/>
              </w:rPr>
              <w:t>Datum uvedení do provozu</w:t>
            </w:r>
          </w:p>
        </w:tc>
        <w:tc>
          <w:tcPr>
            <w:tcW w:w="3061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E9DFC6A" w14:textId="11B982C9" w:rsidR="00AD396F" w:rsidRPr="006B0AAC" w:rsidRDefault="00AD396F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</w:p>
        </w:tc>
      </w:tr>
      <w:tr w:rsidR="00AD396F" w:rsidRPr="006B0AAC" w14:paraId="50E3B2CF" w14:textId="77777777">
        <w:trPr>
          <w:cantSplit/>
          <w:jc w:val="center"/>
        </w:trPr>
        <w:tc>
          <w:tcPr>
            <w:tcW w:w="1757" w:type="dxa"/>
            <w:shd w:val="clear" w:color="auto" w:fill="EAF2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F884B05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b/>
                <w:color w:val="17365D"/>
                <w:sz w:val="20"/>
                <w:szCs w:val="20"/>
                <w:lang w:val="cs-CZ"/>
              </w:rPr>
              <w:t>Zpracovatel PD</w:t>
            </w:r>
          </w:p>
        </w:tc>
        <w:tc>
          <w:tcPr>
            <w:tcW w:w="3061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AB2D13C" w14:textId="3A0A33E0" w:rsidR="00AD396F" w:rsidRPr="006B0AAC" w:rsidRDefault="00AD396F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</w:p>
        </w:tc>
        <w:tc>
          <w:tcPr>
            <w:tcW w:w="1757" w:type="dxa"/>
            <w:shd w:val="clear" w:color="auto" w:fill="EAF2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911E381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b/>
                <w:color w:val="17365D"/>
                <w:sz w:val="20"/>
                <w:szCs w:val="20"/>
                <w:lang w:val="cs-CZ"/>
              </w:rPr>
              <w:t>Organizace / IČO</w:t>
            </w:r>
          </w:p>
        </w:tc>
        <w:tc>
          <w:tcPr>
            <w:tcW w:w="3061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E51BD9A" w14:textId="7D522A34" w:rsidR="00AD396F" w:rsidRPr="006B0AAC" w:rsidRDefault="00AD396F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</w:p>
        </w:tc>
      </w:tr>
      <w:tr w:rsidR="00AD396F" w:rsidRPr="006B0AAC" w14:paraId="346EBF77" w14:textId="77777777">
        <w:trPr>
          <w:cantSplit/>
          <w:jc w:val="center"/>
        </w:trPr>
        <w:tc>
          <w:tcPr>
            <w:tcW w:w="1757" w:type="dxa"/>
            <w:shd w:val="clear" w:color="auto" w:fill="EAF2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A4F7E66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b/>
                <w:color w:val="17365D"/>
                <w:sz w:val="20"/>
                <w:szCs w:val="20"/>
                <w:lang w:val="cs-CZ"/>
              </w:rPr>
              <w:t>Číslo autorizace</w:t>
            </w:r>
          </w:p>
        </w:tc>
        <w:tc>
          <w:tcPr>
            <w:tcW w:w="3061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6B0E8AB" w14:textId="55157998" w:rsidR="00AD396F" w:rsidRPr="006B0AAC" w:rsidRDefault="00AD396F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</w:p>
        </w:tc>
        <w:tc>
          <w:tcPr>
            <w:tcW w:w="1757" w:type="dxa"/>
            <w:shd w:val="clear" w:color="auto" w:fill="EAF2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BDACB41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b/>
                <w:color w:val="17365D"/>
                <w:sz w:val="20"/>
                <w:szCs w:val="20"/>
                <w:lang w:val="cs-CZ"/>
              </w:rPr>
              <w:t>Obor autorizace</w:t>
            </w:r>
          </w:p>
        </w:tc>
        <w:tc>
          <w:tcPr>
            <w:tcW w:w="3061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3B43C02" w14:textId="79752DB5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cs-CZ"/>
                </w:rPr>
                <w:alias w:val="Zaškrtávací políčko"/>
                <w:tag w:val="converted_static_checkbox_1790331360087"/>
                <w:id w:val="-3574011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0AAC" w:rsidRPr="006B0AAC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cs-CZ"/>
                  </w:rPr>
                  <w:t>☐</w:t>
                </w:r>
              </w:sdtContent>
            </w:sdt>
            <w:r w:rsidR="006B0AAC" w:rsidRPr="006B0AAC">
              <w:rPr>
                <w:rFonts w:ascii="Segoe UI" w:hAnsi="Segoe UI" w:cs="Segoe UI"/>
                <w:sz w:val="20"/>
                <w:szCs w:val="20"/>
                <w:lang w:val="cs-CZ"/>
              </w:rPr>
              <w:t xml:space="preserve"> IE</w:t>
            </w:r>
            <w:r w:rsidR="004E440B" w:rsidRPr="006B0AAC">
              <w:rPr>
                <w:rFonts w:ascii="Segoe UI" w:hAnsi="Segoe UI" w:cs="Segoe UI"/>
                <w:sz w:val="20"/>
                <w:szCs w:val="20"/>
                <w:lang w:val="cs-CZ"/>
              </w:rPr>
              <w:t xml:space="preserve">01 </w:t>
            </w:r>
            <w:sdt>
              <w:sdtPr>
                <w:rPr>
                  <w:rFonts w:ascii="Segoe UI" w:hAnsi="Segoe UI" w:cs="Segoe UI"/>
                  <w:sz w:val="20"/>
                  <w:szCs w:val="20"/>
                  <w:lang w:val="cs-CZ"/>
                </w:rPr>
                <w:alias w:val="Zaškrtávací políčko"/>
                <w:tag w:val="converted_static_checkbox_1790331360087"/>
                <w:id w:val="83003454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0AAC" w:rsidRPr="006B0AAC">
                  <w:rPr>
                    <w:rFonts w:ascii="MS Gothic" w:eastAsia="MS Gothic" w:hAnsi="MS Gothic" w:cs="Segoe UI" w:hint="eastAsia"/>
                    <w:sz w:val="20"/>
                    <w:szCs w:val="20"/>
                    <w:lang w:val="cs-CZ"/>
                  </w:rPr>
                  <w:t>☐</w:t>
                </w:r>
              </w:sdtContent>
            </w:sdt>
            <w:r w:rsidR="006B0AAC" w:rsidRPr="006B0AAC">
              <w:rPr>
                <w:rFonts w:ascii="Segoe UI" w:hAnsi="Segoe UI" w:cs="Segoe UI"/>
                <w:sz w:val="20"/>
                <w:szCs w:val="20"/>
                <w:lang w:val="cs-CZ"/>
              </w:rPr>
              <w:t xml:space="preserve"> jiný: ................</w:t>
            </w:r>
          </w:p>
        </w:tc>
      </w:tr>
      <w:tr w:rsidR="00AD396F" w:rsidRPr="006B0AAC" w14:paraId="315A82DE" w14:textId="77777777">
        <w:trPr>
          <w:cantSplit/>
          <w:jc w:val="center"/>
        </w:trPr>
        <w:tc>
          <w:tcPr>
            <w:tcW w:w="1757" w:type="dxa"/>
            <w:shd w:val="clear" w:color="auto" w:fill="EAF2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7B40E8D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b/>
                <w:color w:val="17365D"/>
                <w:sz w:val="20"/>
                <w:szCs w:val="20"/>
                <w:lang w:val="cs-CZ"/>
              </w:rPr>
              <w:t>Posuzovaná PD</w:t>
            </w:r>
          </w:p>
        </w:tc>
        <w:tc>
          <w:tcPr>
            <w:tcW w:w="3061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19EF449" w14:textId="3111A3DF" w:rsidR="00AD396F" w:rsidRPr="006B0AAC" w:rsidRDefault="00AD396F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</w:p>
        </w:tc>
        <w:tc>
          <w:tcPr>
            <w:tcW w:w="1757" w:type="dxa"/>
            <w:shd w:val="clear" w:color="auto" w:fill="EAF2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A0E9624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b/>
                <w:color w:val="17365D"/>
                <w:sz w:val="20"/>
                <w:szCs w:val="20"/>
                <w:lang w:val="cs-CZ"/>
              </w:rPr>
              <w:t>Datum kontroly</w:t>
            </w:r>
          </w:p>
        </w:tc>
        <w:tc>
          <w:tcPr>
            <w:tcW w:w="3061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CA2EC93" w14:textId="77777777" w:rsidR="00AD396F" w:rsidRPr="006B0AAC" w:rsidRDefault="00AD396F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</w:p>
        </w:tc>
      </w:tr>
    </w:tbl>
    <w:p w14:paraId="290ACD47" w14:textId="77777777" w:rsidR="004E440B" w:rsidRPr="006B0AAC" w:rsidRDefault="004E440B" w:rsidP="00390513">
      <w:pPr>
        <w:keepNext/>
        <w:spacing w:after="0"/>
        <w:rPr>
          <w:rFonts w:ascii="Segoe UI" w:hAnsi="Segoe UI" w:cs="Segoe UI"/>
          <w:b/>
          <w:color w:val="17365D"/>
          <w:sz w:val="20"/>
          <w:szCs w:val="20"/>
          <w:lang w:val="cs-CZ"/>
        </w:rPr>
      </w:pPr>
    </w:p>
    <w:p w14:paraId="785B52B7" w14:textId="433D16C0" w:rsidR="00AD396F" w:rsidRPr="00E42C3E" w:rsidRDefault="00000000" w:rsidP="00390513">
      <w:pPr>
        <w:pStyle w:val="Odstavecseseznamem"/>
        <w:keepNext/>
        <w:numPr>
          <w:ilvl w:val="0"/>
          <w:numId w:val="10"/>
        </w:numPr>
        <w:spacing w:after="0"/>
        <w:rPr>
          <w:rFonts w:ascii="Segoe UI" w:hAnsi="Segoe UI" w:cs="Segoe UI"/>
          <w:b/>
          <w:color w:val="17365D"/>
          <w:sz w:val="20"/>
          <w:szCs w:val="20"/>
          <w:u w:val="single"/>
          <w:lang w:val="cs-CZ"/>
        </w:rPr>
      </w:pPr>
      <w:r w:rsidRPr="00E42C3E">
        <w:rPr>
          <w:rFonts w:ascii="Segoe UI" w:hAnsi="Segoe UI" w:cs="Segoe UI"/>
          <w:b/>
          <w:color w:val="17365D"/>
          <w:sz w:val="20"/>
          <w:szCs w:val="20"/>
          <w:u w:val="single"/>
          <w:lang w:val="cs-CZ"/>
        </w:rPr>
        <w:t>Rozsah a základní technické údaje</w:t>
      </w:r>
    </w:p>
    <w:p w14:paraId="7ECE165E" w14:textId="77777777" w:rsidR="00464C12" w:rsidRPr="00464C12" w:rsidRDefault="00464C12" w:rsidP="00390513">
      <w:pPr>
        <w:pStyle w:val="Odstavecseseznamem"/>
        <w:keepNext/>
        <w:spacing w:after="0"/>
        <w:rPr>
          <w:rFonts w:ascii="Segoe UI" w:hAnsi="Segoe UI" w:cs="Segoe UI"/>
          <w:sz w:val="20"/>
          <w:szCs w:val="20"/>
          <w:lang w:val="cs-CZ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3061"/>
        <w:gridCol w:w="1757"/>
        <w:gridCol w:w="3061"/>
      </w:tblGrid>
      <w:tr w:rsidR="00AD396F" w:rsidRPr="006B0AAC" w14:paraId="7D68DD21" w14:textId="77777777">
        <w:trPr>
          <w:cantSplit/>
          <w:jc w:val="center"/>
        </w:trPr>
        <w:tc>
          <w:tcPr>
            <w:tcW w:w="1757" w:type="dxa"/>
            <w:shd w:val="clear" w:color="auto" w:fill="EAF2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2812F0A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b/>
                <w:color w:val="17365D"/>
                <w:sz w:val="20"/>
                <w:szCs w:val="20"/>
                <w:lang w:val="cs-CZ"/>
              </w:rPr>
              <w:t>Realizovaná opatření</w:t>
            </w:r>
          </w:p>
        </w:tc>
        <w:tc>
          <w:tcPr>
            <w:tcW w:w="3061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0F67684" w14:textId="693279C1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cs-CZ"/>
                </w:rPr>
                <w:alias w:val="Zaškrtávací políčko"/>
                <w:tag w:val="converted_static_checkbox_1790331360087"/>
                <w:id w:val="86241100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0AAC" w:rsidRPr="006B0AAC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cs-CZ"/>
                  </w:rPr>
                  <w:t>☐</w:t>
                </w:r>
              </w:sdtContent>
            </w:sdt>
            <w:r w:rsidR="006B0AAC" w:rsidRPr="006B0AAC">
              <w:rPr>
                <w:rFonts w:ascii="Segoe UI" w:hAnsi="Segoe UI" w:cs="Segoe UI"/>
                <w:sz w:val="20"/>
                <w:szCs w:val="20"/>
                <w:lang w:val="cs-CZ"/>
              </w:rPr>
              <w:t xml:space="preserve"> větrání  </w:t>
            </w:r>
            <w:sdt>
              <w:sdtPr>
                <w:rPr>
                  <w:rFonts w:ascii="Segoe UI" w:hAnsi="Segoe UI" w:cs="Segoe UI"/>
                  <w:sz w:val="20"/>
                  <w:szCs w:val="20"/>
                  <w:lang w:val="cs-CZ"/>
                </w:rPr>
                <w:alias w:val="Zaškrtávací políčko"/>
                <w:tag w:val="converted_static_checkbox_1790331360087"/>
                <w:id w:val="-79229300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0AAC" w:rsidRPr="006B0AAC">
                  <w:rPr>
                    <w:rFonts w:ascii="MS Gothic" w:eastAsia="MS Gothic" w:hAnsi="MS Gothic" w:cs="Segoe UI" w:hint="eastAsia"/>
                    <w:sz w:val="20"/>
                    <w:szCs w:val="20"/>
                    <w:lang w:val="cs-CZ"/>
                  </w:rPr>
                  <w:t>☐</w:t>
                </w:r>
              </w:sdtContent>
            </w:sdt>
            <w:r w:rsidR="006B0AAC" w:rsidRPr="006B0AAC">
              <w:rPr>
                <w:rFonts w:ascii="Segoe UI" w:hAnsi="Segoe UI" w:cs="Segoe UI"/>
                <w:sz w:val="20"/>
                <w:szCs w:val="20"/>
                <w:lang w:val="cs-CZ"/>
              </w:rPr>
              <w:t xml:space="preserve"> vnější stínění</w:t>
            </w:r>
          </w:p>
        </w:tc>
        <w:tc>
          <w:tcPr>
            <w:tcW w:w="1757" w:type="dxa"/>
            <w:shd w:val="clear" w:color="auto" w:fill="EAF2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A2D5E4C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b/>
                <w:color w:val="17365D"/>
                <w:sz w:val="20"/>
                <w:szCs w:val="20"/>
                <w:lang w:val="cs-CZ"/>
              </w:rPr>
              <w:t>Další opatření</w:t>
            </w:r>
          </w:p>
        </w:tc>
        <w:tc>
          <w:tcPr>
            <w:tcW w:w="3061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9877A3B" w14:textId="1BB36F2E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cs-CZ"/>
                </w:rPr>
                <w:alias w:val="Zaškrtávací políčko"/>
                <w:tag w:val="converted_static_checkbox_1790331360087"/>
                <w:id w:val="83056628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0AAC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cs-CZ"/>
                  </w:rPr>
                  <w:t>☐</w:t>
                </w:r>
              </w:sdtContent>
            </w:sdt>
            <w:r w:rsidR="006B0AAC" w:rsidRPr="006B0AAC">
              <w:rPr>
                <w:rFonts w:ascii="Segoe UI" w:hAnsi="Segoe UI" w:cs="Segoe UI"/>
                <w:sz w:val="20"/>
                <w:szCs w:val="20"/>
                <w:lang w:val="cs-CZ"/>
              </w:rPr>
              <w:t xml:space="preserve"> meziokenní stínění  </w:t>
            </w:r>
            <w:sdt>
              <w:sdtPr>
                <w:rPr>
                  <w:rFonts w:ascii="Segoe UI" w:hAnsi="Segoe UI" w:cs="Segoe UI"/>
                  <w:sz w:val="20"/>
                  <w:szCs w:val="20"/>
                  <w:lang w:val="cs-CZ"/>
                </w:rPr>
                <w:alias w:val="Zaškrtávací políčko"/>
                <w:tag w:val="converted_static_checkbox_1790331360087"/>
                <w:id w:val="-85997121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0AAC">
                  <w:rPr>
                    <w:rFonts w:ascii="MS Gothic" w:eastAsia="MS Gothic" w:hAnsi="MS Gothic" w:cs="Segoe UI" w:hint="eastAsia"/>
                    <w:sz w:val="20"/>
                    <w:szCs w:val="20"/>
                    <w:lang w:val="cs-CZ"/>
                  </w:rPr>
                  <w:t>☐</w:t>
                </w:r>
              </w:sdtContent>
            </w:sdt>
            <w:r w:rsidR="006B0AAC" w:rsidRPr="006B0AAC">
              <w:rPr>
                <w:rFonts w:ascii="Segoe UI" w:hAnsi="Segoe UI" w:cs="Segoe UI"/>
                <w:sz w:val="20"/>
                <w:szCs w:val="20"/>
                <w:lang w:val="cs-CZ"/>
              </w:rPr>
              <w:t xml:space="preserve"> jiné</w:t>
            </w:r>
          </w:p>
        </w:tc>
      </w:tr>
      <w:tr w:rsidR="00AD396F" w:rsidRPr="006B0AAC" w14:paraId="2588ADA3" w14:textId="77777777">
        <w:trPr>
          <w:cantSplit/>
          <w:jc w:val="center"/>
        </w:trPr>
        <w:tc>
          <w:tcPr>
            <w:tcW w:w="1757" w:type="dxa"/>
            <w:shd w:val="clear" w:color="auto" w:fill="EAF2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AF847EE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b/>
                <w:color w:val="17365D"/>
                <w:sz w:val="20"/>
                <w:szCs w:val="20"/>
                <w:lang w:val="cs-CZ"/>
              </w:rPr>
              <w:t>Výrobce / typ jednotky</w:t>
            </w:r>
          </w:p>
        </w:tc>
        <w:tc>
          <w:tcPr>
            <w:tcW w:w="3061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1EC428F" w14:textId="77777777" w:rsidR="00AD396F" w:rsidRPr="006B0AAC" w:rsidRDefault="00AD396F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</w:p>
        </w:tc>
        <w:tc>
          <w:tcPr>
            <w:tcW w:w="1757" w:type="dxa"/>
            <w:shd w:val="clear" w:color="auto" w:fill="EAF2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FC264A1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b/>
                <w:color w:val="17365D"/>
                <w:sz w:val="20"/>
                <w:szCs w:val="20"/>
                <w:lang w:val="cs-CZ"/>
              </w:rPr>
              <w:t>Počet jednotek / prostor</w:t>
            </w:r>
          </w:p>
        </w:tc>
        <w:tc>
          <w:tcPr>
            <w:tcW w:w="3061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F9B57EC" w14:textId="77777777" w:rsidR="00AD396F" w:rsidRPr="006B0AAC" w:rsidRDefault="00AD396F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</w:p>
        </w:tc>
      </w:tr>
      <w:tr w:rsidR="00AD396F" w:rsidRPr="006B0AAC" w14:paraId="1DA8E218" w14:textId="77777777">
        <w:trPr>
          <w:cantSplit/>
          <w:jc w:val="center"/>
        </w:trPr>
        <w:tc>
          <w:tcPr>
            <w:tcW w:w="1757" w:type="dxa"/>
            <w:shd w:val="clear" w:color="auto" w:fill="EAF2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77A02D6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b/>
                <w:color w:val="17365D"/>
                <w:sz w:val="20"/>
                <w:szCs w:val="20"/>
                <w:lang w:val="cs-CZ"/>
              </w:rPr>
              <w:t>Projektovaný průtok</w:t>
            </w:r>
          </w:p>
        </w:tc>
        <w:tc>
          <w:tcPr>
            <w:tcW w:w="3061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ECB7D31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sz w:val="20"/>
                <w:szCs w:val="20"/>
                <w:lang w:val="cs-CZ"/>
              </w:rPr>
              <w:t>................ m³/h</w:t>
            </w:r>
          </w:p>
        </w:tc>
        <w:tc>
          <w:tcPr>
            <w:tcW w:w="1757" w:type="dxa"/>
            <w:shd w:val="clear" w:color="auto" w:fill="EAF2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F8EBC83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b/>
                <w:color w:val="17365D"/>
                <w:sz w:val="20"/>
                <w:szCs w:val="20"/>
                <w:lang w:val="cs-CZ"/>
              </w:rPr>
              <w:t>Změřený průtok</w:t>
            </w:r>
          </w:p>
        </w:tc>
        <w:tc>
          <w:tcPr>
            <w:tcW w:w="3061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1E29CDE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sz w:val="20"/>
                <w:szCs w:val="20"/>
                <w:lang w:val="cs-CZ"/>
              </w:rPr>
              <w:t>................ m³/h</w:t>
            </w:r>
          </w:p>
        </w:tc>
      </w:tr>
      <w:tr w:rsidR="00AD396F" w:rsidRPr="006B0AAC" w14:paraId="24EEECB9" w14:textId="77777777">
        <w:trPr>
          <w:cantSplit/>
          <w:jc w:val="center"/>
        </w:trPr>
        <w:tc>
          <w:tcPr>
            <w:tcW w:w="1757" w:type="dxa"/>
            <w:shd w:val="clear" w:color="auto" w:fill="EAF2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2F6667E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b/>
                <w:color w:val="17365D"/>
                <w:sz w:val="20"/>
                <w:szCs w:val="20"/>
                <w:lang w:val="cs-CZ"/>
              </w:rPr>
              <w:t>Projektovaná účinnost ZZT</w:t>
            </w:r>
          </w:p>
        </w:tc>
        <w:tc>
          <w:tcPr>
            <w:tcW w:w="3061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1C6DD51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sz w:val="20"/>
                <w:szCs w:val="20"/>
                <w:lang w:val="cs-CZ"/>
              </w:rPr>
              <w:t>................ %</w:t>
            </w:r>
          </w:p>
        </w:tc>
        <w:tc>
          <w:tcPr>
            <w:tcW w:w="1757" w:type="dxa"/>
            <w:shd w:val="clear" w:color="auto" w:fill="EAF2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5255BD7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b/>
                <w:color w:val="17365D"/>
                <w:sz w:val="20"/>
                <w:szCs w:val="20"/>
                <w:lang w:val="cs-CZ"/>
              </w:rPr>
              <w:t>Doložená účinnost ZZT</w:t>
            </w:r>
          </w:p>
        </w:tc>
        <w:tc>
          <w:tcPr>
            <w:tcW w:w="3061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5414B34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sz w:val="20"/>
                <w:szCs w:val="20"/>
                <w:lang w:val="cs-CZ"/>
              </w:rPr>
              <w:t>................ %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10822"/>
      </w:tblGrid>
      <w:tr w:rsidR="00AD396F" w:rsidRPr="006B0AAC" w14:paraId="740D0C93" w14:textId="77777777" w:rsidTr="00464C12">
        <w:tc>
          <w:tcPr>
            <w:tcW w:w="10822" w:type="dxa"/>
            <w:shd w:val="clear" w:color="auto" w:fill="FFFFFF" w:themeFill="background1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F6F6D81" w14:textId="77777777" w:rsidR="00E42C3E" w:rsidRDefault="00E42C3E" w:rsidP="00390513">
            <w:pPr>
              <w:spacing w:after="0"/>
              <w:rPr>
                <w:rFonts w:ascii="Segoe UI" w:hAnsi="Segoe UI" w:cs="Segoe UI"/>
                <w:sz w:val="20"/>
                <w:szCs w:val="20"/>
                <w:u w:val="single"/>
                <w:lang w:val="cs-CZ"/>
              </w:rPr>
            </w:pPr>
          </w:p>
          <w:p w14:paraId="7CFC3F15" w14:textId="447D8BF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sz w:val="20"/>
                <w:szCs w:val="20"/>
                <w:u w:val="single"/>
                <w:lang w:val="cs-CZ"/>
              </w:rPr>
              <w:t>Závazné parametry:</w:t>
            </w:r>
            <w:r w:rsidRPr="006B0AAC">
              <w:rPr>
                <w:rFonts w:ascii="Segoe UI" w:hAnsi="Segoe UI" w:cs="Segoe UI"/>
                <w:sz w:val="20"/>
                <w:szCs w:val="20"/>
                <w:lang w:val="cs-CZ"/>
              </w:rPr>
              <w:t xml:space="preserve"> suchá účinnost zpětného získávání tepla nejméně 75 % dle ČSN EN 308; regulace podle koncentrace CO₂ pomocí IR čidel; koncentrace CO₂ v pobytových místnostech nejvýše 1 200 ppm.</w:t>
            </w:r>
          </w:p>
        </w:tc>
      </w:tr>
    </w:tbl>
    <w:p w14:paraId="4A66CB3C" w14:textId="77777777" w:rsidR="004E440B" w:rsidRPr="006B0AAC" w:rsidRDefault="004E440B" w:rsidP="00390513">
      <w:pPr>
        <w:keepNext/>
        <w:spacing w:after="0"/>
        <w:rPr>
          <w:rFonts w:ascii="Segoe UI" w:hAnsi="Segoe UI" w:cs="Segoe UI"/>
          <w:b/>
          <w:color w:val="17365D"/>
          <w:sz w:val="20"/>
          <w:szCs w:val="20"/>
          <w:lang w:val="cs-CZ"/>
        </w:rPr>
      </w:pPr>
    </w:p>
    <w:p w14:paraId="33A85EA9" w14:textId="7F86A19A" w:rsidR="00AD396F" w:rsidRPr="00E42C3E" w:rsidRDefault="00000000" w:rsidP="00390513">
      <w:pPr>
        <w:pStyle w:val="Odstavecseseznamem"/>
        <w:keepNext/>
        <w:numPr>
          <w:ilvl w:val="0"/>
          <w:numId w:val="10"/>
        </w:numPr>
        <w:spacing w:after="0"/>
        <w:rPr>
          <w:rFonts w:ascii="Segoe UI" w:hAnsi="Segoe UI" w:cs="Segoe UI"/>
          <w:b/>
          <w:color w:val="17365D"/>
          <w:sz w:val="20"/>
          <w:szCs w:val="20"/>
          <w:u w:val="single"/>
          <w:lang w:val="cs-CZ"/>
        </w:rPr>
      </w:pPr>
      <w:r w:rsidRPr="00E42C3E">
        <w:rPr>
          <w:rFonts w:ascii="Segoe UI" w:hAnsi="Segoe UI" w:cs="Segoe UI"/>
          <w:b/>
          <w:color w:val="17365D"/>
          <w:sz w:val="20"/>
          <w:szCs w:val="20"/>
          <w:u w:val="single"/>
          <w:lang w:val="cs-CZ"/>
        </w:rPr>
        <w:t>Kontrola skutečného provedení a technických parametrů</w:t>
      </w:r>
    </w:p>
    <w:p w14:paraId="4B6F1508" w14:textId="77777777" w:rsidR="00464C12" w:rsidRPr="00464C12" w:rsidRDefault="00464C12" w:rsidP="00390513">
      <w:pPr>
        <w:pStyle w:val="Odstavecseseznamem"/>
        <w:keepNext/>
        <w:spacing w:after="0"/>
        <w:rPr>
          <w:rFonts w:ascii="Segoe UI" w:hAnsi="Segoe UI" w:cs="Segoe UI"/>
          <w:sz w:val="20"/>
          <w:szCs w:val="20"/>
          <w:lang w:val="cs-CZ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97"/>
        <w:gridCol w:w="963"/>
        <w:gridCol w:w="1077"/>
      </w:tblGrid>
      <w:tr w:rsidR="00AD396F" w:rsidRPr="006B0AAC" w14:paraId="2395C718" w14:textId="77777777">
        <w:trPr>
          <w:jc w:val="center"/>
        </w:trPr>
        <w:tc>
          <w:tcPr>
            <w:tcW w:w="7597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D444B97" w14:textId="77777777" w:rsidR="00AD396F" w:rsidRPr="006B0AAC" w:rsidRDefault="00000000" w:rsidP="00390513">
            <w:pPr>
              <w:spacing w:after="0"/>
              <w:jc w:val="center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b/>
                <w:color w:val="FFFFFF"/>
                <w:sz w:val="20"/>
                <w:szCs w:val="20"/>
                <w:lang w:val="cs-CZ"/>
              </w:rPr>
              <w:t>Kontrolní bod</w:t>
            </w:r>
          </w:p>
        </w:tc>
        <w:tc>
          <w:tcPr>
            <w:tcW w:w="963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014C3AA" w14:textId="77777777" w:rsidR="00AD396F" w:rsidRPr="006B0AAC" w:rsidRDefault="00000000" w:rsidP="00390513">
            <w:pPr>
              <w:spacing w:after="0"/>
              <w:jc w:val="center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b/>
                <w:color w:val="FFFFFF"/>
                <w:sz w:val="20"/>
                <w:szCs w:val="20"/>
                <w:lang w:val="cs-CZ"/>
              </w:rPr>
              <w:t>ANO</w:t>
            </w:r>
          </w:p>
        </w:tc>
        <w:tc>
          <w:tcPr>
            <w:tcW w:w="1077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7A30222" w14:textId="77777777" w:rsidR="00AD396F" w:rsidRPr="006B0AAC" w:rsidRDefault="00000000" w:rsidP="00390513">
            <w:pPr>
              <w:spacing w:after="0"/>
              <w:jc w:val="center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b/>
                <w:color w:val="FFFFFF"/>
                <w:sz w:val="20"/>
                <w:szCs w:val="20"/>
                <w:lang w:val="cs-CZ"/>
              </w:rPr>
              <w:t>NE / N/R</w:t>
            </w:r>
          </w:p>
        </w:tc>
      </w:tr>
      <w:tr w:rsidR="00AD396F" w:rsidRPr="006B0AAC" w14:paraId="67FB9F2B" w14:textId="77777777">
        <w:trPr>
          <w:cantSplit/>
          <w:jc w:val="center"/>
        </w:trPr>
        <w:tc>
          <w:tcPr>
            <w:tcW w:w="7597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403970B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sz w:val="20"/>
                <w:szCs w:val="20"/>
                <w:lang w:val="cs-CZ"/>
              </w:rPr>
              <w:t>Skutečné provedení odpovídá schválené projektové dokumentaci, rozsahu a účelu projektu.</w:t>
            </w:r>
          </w:p>
        </w:tc>
        <w:tc>
          <w:tcPr>
            <w:tcW w:w="963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sz w:val="20"/>
                <w:szCs w:val="20"/>
                <w:lang w:val="cs-CZ"/>
              </w:rPr>
              <w:alias w:val="Zaškrtávací políčko"/>
              <w:tag w:val="converted_static_checkbox_1790331360087"/>
              <w:id w:val="-1601796555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8C66B18" w14:textId="5F9FA60D" w:rsidR="00AD396F" w:rsidRPr="006B0AAC" w:rsidRDefault="006B0AAC" w:rsidP="00390513">
                <w:pPr>
                  <w:spacing w:after="0"/>
                  <w:jc w:val="center"/>
                  <w:rPr>
                    <w:rFonts w:ascii="Segoe UI" w:hAnsi="Segoe UI" w:cs="Segoe UI"/>
                    <w:sz w:val="20"/>
                    <w:szCs w:val="20"/>
                    <w:lang w:val="cs-CZ"/>
                  </w:rPr>
                </w:pPr>
                <w:r w:rsidRPr="006B0AAC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cs-CZ"/>
                  </w:rPr>
                  <w:t>☐</w:t>
                </w:r>
              </w:p>
            </w:sdtContent>
          </w:sdt>
        </w:tc>
        <w:tc>
          <w:tcPr>
            <w:tcW w:w="1077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sz w:val="20"/>
                <w:szCs w:val="20"/>
                <w:lang w:val="cs-CZ"/>
              </w:rPr>
              <w:alias w:val="Zaškrtávací políčko"/>
              <w:tag w:val="converted_static_checkbox_1790331360087"/>
              <w:id w:val="1325788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F07595A" w14:textId="3ABE4EEE" w:rsidR="00AD396F" w:rsidRPr="006B0AAC" w:rsidRDefault="006B0AAC" w:rsidP="00390513">
                <w:pPr>
                  <w:spacing w:after="0"/>
                  <w:jc w:val="center"/>
                  <w:rPr>
                    <w:rFonts w:ascii="Segoe UI" w:hAnsi="Segoe UI" w:cs="Segoe UI"/>
                    <w:sz w:val="20"/>
                    <w:szCs w:val="20"/>
                    <w:lang w:val="cs-CZ"/>
                  </w:rPr>
                </w:pPr>
                <w:r w:rsidRPr="006B0AAC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cs-CZ"/>
                  </w:rPr>
                  <w:t>☐</w:t>
                </w:r>
              </w:p>
            </w:sdtContent>
          </w:sdt>
        </w:tc>
      </w:tr>
      <w:tr w:rsidR="00AD396F" w:rsidRPr="006B0AAC" w14:paraId="0EC4A8AA" w14:textId="77777777">
        <w:trPr>
          <w:cantSplit/>
          <w:jc w:val="center"/>
        </w:trPr>
        <w:tc>
          <w:tcPr>
            <w:tcW w:w="7597" w:type="dxa"/>
            <w:shd w:val="clear" w:color="auto" w:fill="F7F9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B162DC8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sz w:val="20"/>
                <w:szCs w:val="20"/>
                <w:lang w:val="cs-CZ"/>
              </w:rPr>
              <w:t>Instalovaná zařízení, rozvody a koncové prvky odpovídají projektové dokumentaci a tvoří funkční celek.</w:t>
            </w:r>
          </w:p>
        </w:tc>
        <w:tc>
          <w:tcPr>
            <w:tcW w:w="963" w:type="dxa"/>
            <w:shd w:val="clear" w:color="auto" w:fill="F7F9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sz w:val="20"/>
                <w:szCs w:val="20"/>
                <w:lang w:val="cs-CZ"/>
              </w:rPr>
              <w:alias w:val="Zaškrtávací políčko"/>
              <w:tag w:val="converted_static_checkbox_1790331360087"/>
              <w:id w:val="821240069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CE7207B" w14:textId="6DF3510D" w:rsidR="00AD396F" w:rsidRPr="006B0AAC" w:rsidRDefault="006B0AAC" w:rsidP="00390513">
                <w:pPr>
                  <w:spacing w:after="0"/>
                  <w:jc w:val="center"/>
                  <w:rPr>
                    <w:rFonts w:ascii="Segoe UI" w:hAnsi="Segoe UI" w:cs="Segoe UI"/>
                    <w:sz w:val="20"/>
                    <w:szCs w:val="20"/>
                    <w:lang w:val="cs-CZ"/>
                  </w:rPr>
                </w:pPr>
                <w:r w:rsidRPr="006B0AAC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cs-CZ"/>
                  </w:rPr>
                  <w:t>☐</w:t>
                </w:r>
              </w:p>
            </w:sdtContent>
          </w:sdt>
        </w:tc>
        <w:tc>
          <w:tcPr>
            <w:tcW w:w="1077" w:type="dxa"/>
            <w:shd w:val="clear" w:color="auto" w:fill="F7F9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sz w:val="20"/>
                <w:szCs w:val="20"/>
                <w:lang w:val="cs-CZ"/>
              </w:rPr>
              <w:alias w:val="Zaškrtávací políčko"/>
              <w:tag w:val="converted_static_checkbox_1790331360087"/>
              <w:id w:val="86045105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9D5EBD2" w14:textId="5673950F" w:rsidR="00AD396F" w:rsidRPr="006B0AAC" w:rsidRDefault="006B0AAC" w:rsidP="00390513">
                <w:pPr>
                  <w:spacing w:after="0"/>
                  <w:jc w:val="center"/>
                  <w:rPr>
                    <w:rFonts w:ascii="Segoe UI" w:hAnsi="Segoe UI" w:cs="Segoe UI"/>
                    <w:sz w:val="20"/>
                    <w:szCs w:val="20"/>
                    <w:lang w:val="cs-CZ"/>
                  </w:rPr>
                </w:pPr>
                <w:r w:rsidRPr="006B0AAC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cs-CZ"/>
                  </w:rPr>
                  <w:t>☐</w:t>
                </w:r>
              </w:p>
            </w:sdtContent>
          </w:sdt>
        </w:tc>
      </w:tr>
      <w:tr w:rsidR="00AD396F" w:rsidRPr="006B0AAC" w14:paraId="31CE20F2" w14:textId="77777777">
        <w:trPr>
          <w:cantSplit/>
          <w:jc w:val="center"/>
        </w:trPr>
        <w:tc>
          <w:tcPr>
            <w:tcW w:w="7597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9873F47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sz w:val="20"/>
                <w:szCs w:val="20"/>
                <w:lang w:val="cs-CZ"/>
              </w:rPr>
              <w:t>Vzduchové výkony odpovídají projektovaným hodnotám; systém byl nastaven a aerodynamicky vyvážen.</w:t>
            </w:r>
          </w:p>
        </w:tc>
        <w:tc>
          <w:tcPr>
            <w:tcW w:w="963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sz w:val="20"/>
                <w:szCs w:val="20"/>
                <w:lang w:val="cs-CZ"/>
              </w:rPr>
              <w:alias w:val="Zaškrtávací políčko"/>
              <w:tag w:val="converted_static_checkbox_1790331360087"/>
              <w:id w:val="1288317310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4933F24" w14:textId="670D44F5" w:rsidR="00AD396F" w:rsidRPr="006B0AAC" w:rsidRDefault="006B0AAC" w:rsidP="00390513">
                <w:pPr>
                  <w:spacing w:after="0"/>
                  <w:jc w:val="center"/>
                  <w:rPr>
                    <w:rFonts w:ascii="Segoe UI" w:hAnsi="Segoe UI" w:cs="Segoe UI"/>
                    <w:sz w:val="20"/>
                    <w:szCs w:val="20"/>
                    <w:lang w:val="cs-CZ"/>
                  </w:rPr>
                </w:pPr>
                <w:r w:rsidRPr="006B0AAC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cs-CZ"/>
                  </w:rPr>
                  <w:t>☐</w:t>
                </w:r>
              </w:p>
            </w:sdtContent>
          </w:sdt>
        </w:tc>
        <w:tc>
          <w:tcPr>
            <w:tcW w:w="1077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sz w:val="20"/>
                <w:szCs w:val="20"/>
                <w:lang w:val="cs-CZ"/>
              </w:rPr>
              <w:alias w:val="Zaškrtávací políčko"/>
              <w:tag w:val="converted_static_checkbox_1790331360087"/>
              <w:id w:val="-1676030855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FEA1255" w14:textId="4ACDB388" w:rsidR="00AD396F" w:rsidRPr="006B0AAC" w:rsidRDefault="006B0AAC" w:rsidP="00390513">
                <w:pPr>
                  <w:spacing w:after="0"/>
                  <w:jc w:val="center"/>
                  <w:rPr>
                    <w:rFonts w:ascii="Segoe UI" w:hAnsi="Segoe UI" w:cs="Segoe UI"/>
                    <w:sz w:val="20"/>
                    <w:szCs w:val="20"/>
                    <w:lang w:val="cs-CZ"/>
                  </w:rPr>
                </w:pPr>
                <w:r w:rsidRPr="006B0AAC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cs-CZ"/>
                  </w:rPr>
                  <w:t>☐</w:t>
                </w:r>
              </w:p>
            </w:sdtContent>
          </w:sdt>
        </w:tc>
      </w:tr>
      <w:tr w:rsidR="00AD396F" w:rsidRPr="006B0AAC" w14:paraId="7FA99318" w14:textId="77777777">
        <w:trPr>
          <w:cantSplit/>
          <w:jc w:val="center"/>
        </w:trPr>
        <w:tc>
          <w:tcPr>
            <w:tcW w:w="7597" w:type="dxa"/>
            <w:shd w:val="clear" w:color="auto" w:fill="F7F9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BD2A421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sz w:val="20"/>
                <w:szCs w:val="20"/>
                <w:lang w:val="cs-CZ"/>
              </w:rPr>
              <w:t>Suchá účinnost zpětného získávání tepla je nejméně 75 % dle ČSN EN 308 a je doložena technickými podklady.</w:t>
            </w:r>
          </w:p>
        </w:tc>
        <w:tc>
          <w:tcPr>
            <w:tcW w:w="963" w:type="dxa"/>
            <w:shd w:val="clear" w:color="auto" w:fill="F7F9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sz w:val="20"/>
                <w:szCs w:val="20"/>
                <w:lang w:val="cs-CZ"/>
              </w:rPr>
              <w:alias w:val="Zaškrtávací políčko"/>
              <w:tag w:val="converted_static_checkbox_1790331360087"/>
              <w:id w:val="1939175884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AEF5303" w14:textId="0AD759AC" w:rsidR="00AD396F" w:rsidRPr="006B0AAC" w:rsidRDefault="006B0AAC" w:rsidP="00390513">
                <w:pPr>
                  <w:spacing w:after="0"/>
                  <w:jc w:val="center"/>
                  <w:rPr>
                    <w:rFonts w:ascii="Segoe UI" w:hAnsi="Segoe UI" w:cs="Segoe UI"/>
                    <w:sz w:val="20"/>
                    <w:szCs w:val="20"/>
                    <w:lang w:val="cs-CZ"/>
                  </w:rPr>
                </w:pPr>
                <w:r w:rsidRPr="006B0AAC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cs-CZ"/>
                  </w:rPr>
                  <w:t>☐</w:t>
                </w:r>
              </w:p>
            </w:sdtContent>
          </w:sdt>
        </w:tc>
        <w:tc>
          <w:tcPr>
            <w:tcW w:w="1077" w:type="dxa"/>
            <w:shd w:val="clear" w:color="auto" w:fill="F7F9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sz w:val="20"/>
                <w:szCs w:val="20"/>
                <w:lang w:val="cs-CZ"/>
              </w:rPr>
              <w:alias w:val="Zaškrtávací políčko"/>
              <w:tag w:val="converted_static_checkbox_1790331360087"/>
              <w:id w:val="1191650458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A508FCD" w14:textId="0C6B3B0E" w:rsidR="00AD396F" w:rsidRPr="006B0AAC" w:rsidRDefault="006B0AAC" w:rsidP="00390513">
                <w:pPr>
                  <w:spacing w:after="0"/>
                  <w:jc w:val="center"/>
                  <w:rPr>
                    <w:rFonts w:ascii="Segoe UI" w:hAnsi="Segoe UI" w:cs="Segoe UI"/>
                    <w:sz w:val="20"/>
                    <w:szCs w:val="20"/>
                    <w:lang w:val="cs-CZ"/>
                  </w:rPr>
                </w:pPr>
                <w:r w:rsidRPr="006B0AAC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cs-CZ"/>
                  </w:rPr>
                  <w:t>☐</w:t>
                </w:r>
              </w:p>
            </w:sdtContent>
          </w:sdt>
        </w:tc>
      </w:tr>
      <w:tr w:rsidR="00AD396F" w:rsidRPr="006B0AAC" w14:paraId="158ADB01" w14:textId="77777777">
        <w:trPr>
          <w:cantSplit/>
          <w:jc w:val="center"/>
        </w:trPr>
        <w:tc>
          <w:tcPr>
            <w:tcW w:w="7597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77D0804" w14:textId="146912BE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sz w:val="20"/>
                <w:szCs w:val="20"/>
                <w:lang w:val="cs-CZ"/>
              </w:rPr>
              <w:t xml:space="preserve">Systém je ve výukových a shromažďovacích prostorách regulován podle </w:t>
            </w:r>
            <w:r w:rsidR="000B6E09">
              <w:rPr>
                <w:rFonts w:ascii="Segoe UI" w:hAnsi="Segoe UI" w:cs="Segoe UI"/>
                <w:sz w:val="20"/>
                <w:szCs w:val="20"/>
                <w:lang w:val="cs-CZ"/>
              </w:rPr>
              <w:t xml:space="preserve">koncentrace </w:t>
            </w:r>
            <w:r w:rsidRPr="006B0AAC">
              <w:rPr>
                <w:rFonts w:ascii="Segoe UI" w:hAnsi="Segoe UI" w:cs="Segoe UI"/>
                <w:sz w:val="20"/>
                <w:szCs w:val="20"/>
                <w:lang w:val="cs-CZ"/>
              </w:rPr>
              <w:t>CO₂ prostřednictvím IR čidel.</w:t>
            </w:r>
          </w:p>
        </w:tc>
        <w:tc>
          <w:tcPr>
            <w:tcW w:w="963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sz w:val="20"/>
                <w:szCs w:val="20"/>
                <w:lang w:val="cs-CZ"/>
              </w:rPr>
              <w:alias w:val="Zaškrtávací políčko"/>
              <w:tag w:val="converted_static_checkbox_1790331360087"/>
              <w:id w:val="-1693141530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2A94485" w14:textId="201FC2D5" w:rsidR="00AD396F" w:rsidRPr="006B0AAC" w:rsidRDefault="006B0AAC" w:rsidP="00390513">
                <w:pPr>
                  <w:spacing w:after="0"/>
                  <w:jc w:val="center"/>
                  <w:rPr>
                    <w:rFonts w:ascii="Segoe UI" w:hAnsi="Segoe UI" w:cs="Segoe UI"/>
                    <w:sz w:val="20"/>
                    <w:szCs w:val="20"/>
                    <w:lang w:val="cs-CZ"/>
                  </w:rPr>
                </w:pPr>
                <w:r w:rsidRPr="006B0AAC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cs-CZ"/>
                  </w:rPr>
                  <w:t>☐</w:t>
                </w:r>
              </w:p>
            </w:sdtContent>
          </w:sdt>
        </w:tc>
        <w:tc>
          <w:tcPr>
            <w:tcW w:w="1077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sz w:val="20"/>
                <w:szCs w:val="20"/>
                <w:lang w:val="cs-CZ"/>
              </w:rPr>
              <w:alias w:val="Zaškrtávací políčko"/>
              <w:tag w:val="converted_static_checkbox_1790331360087"/>
              <w:id w:val="-2092002681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2B6453C" w14:textId="256E04E1" w:rsidR="00AD396F" w:rsidRPr="006B0AAC" w:rsidRDefault="006B0AAC" w:rsidP="00390513">
                <w:pPr>
                  <w:spacing w:after="0"/>
                  <w:jc w:val="center"/>
                  <w:rPr>
                    <w:rFonts w:ascii="Segoe UI" w:hAnsi="Segoe UI" w:cs="Segoe UI"/>
                    <w:sz w:val="20"/>
                    <w:szCs w:val="20"/>
                    <w:lang w:val="cs-CZ"/>
                  </w:rPr>
                </w:pPr>
                <w:r w:rsidRPr="006B0AAC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cs-CZ"/>
                  </w:rPr>
                  <w:t>☐</w:t>
                </w:r>
              </w:p>
            </w:sdtContent>
          </w:sdt>
        </w:tc>
      </w:tr>
      <w:tr w:rsidR="00AD396F" w:rsidRPr="006B0AAC" w14:paraId="0660E1DE" w14:textId="77777777">
        <w:trPr>
          <w:cantSplit/>
          <w:jc w:val="center"/>
        </w:trPr>
        <w:tc>
          <w:tcPr>
            <w:tcW w:w="7597" w:type="dxa"/>
            <w:shd w:val="clear" w:color="auto" w:fill="F7F9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B00756E" w14:textId="23F56DAF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sz w:val="20"/>
                <w:szCs w:val="20"/>
                <w:lang w:val="cs-CZ"/>
              </w:rPr>
              <w:t xml:space="preserve">Nastavení a funkce systému umožňují trvale zajišťovat koncentraci CO₂ nejvýše </w:t>
            </w:r>
            <w:r w:rsidR="00464C12">
              <w:rPr>
                <w:rFonts w:ascii="Segoe UI" w:hAnsi="Segoe UI" w:cs="Segoe UI"/>
                <w:sz w:val="20"/>
                <w:szCs w:val="20"/>
                <w:lang w:val="cs-CZ"/>
              </w:rPr>
              <w:t xml:space="preserve">        </w:t>
            </w:r>
            <w:r w:rsidRPr="006B0AAC">
              <w:rPr>
                <w:rFonts w:ascii="Segoe UI" w:hAnsi="Segoe UI" w:cs="Segoe UI"/>
                <w:sz w:val="20"/>
                <w:szCs w:val="20"/>
                <w:lang w:val="cs-CZ"/>
              </w:rPr>
              <w:t>1 200 ppm.</w:t>
            </w:r>
          </w:p>
        </w:tc>
        <w:tc>
          <w:tcPr>
            <w:tcW w:w="963" w:type="dxa"/>
            <w:shd w:val="clear" w:color="auto" w:fill="F7F9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sz w:val="20"/>
                <w:szCs w:val="20"/>
                <w:lang w:val="cs-CZ"/>
              </w:rPr>
              <w:alias w:val="Zaškrtávací políčko"/>
              <w:tag w:val="converted_static_checkbox_1790331360087"/>
              <w:id w:val="-148838217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BA5BC0D" w14:textId="3D70D65F" w:rsidR="00AD396F" w:rsidRPr="006B0AAC" w:rsidRDefault="006B0AAC" w:rsidP="00390513">
                <w:pPr>
                  <w:spacing w:after="0"/>
                  <w:jc w:val="center"/>
                  <w:rPr>
                    <w:rFonts w:ascii="Segoe UI" w:hAnsi="Segoe UI" w:cs="Segoe UI"/>
                    <w:sz w:val="20"/>
                    <w:szCs w:val="20"/>
                    <w:lang w:val="cs-CZ"/>
                  </w:rPr>
                </w:pPr>
                <w:r w:rsidRPr="006B0AAC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cs-CZ"/>
                  </w:rPr>
                  <w:t>☐</w:t>
                </w:r>
              </w:p>
            </w:sdtContent>
          </w:sdt>
        </w:tc>
        <w:tc>
          <w:tcPr>
            <w:tcW w:w="1077" w:type="dxa"/>
            <w:shd w:val="clear" w:color="auto" w:fill="F7F9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sz w:val="20"/>
                <w:szCs w:val="20"/>
                <w:lang w:val="cs-CZ"/>
              </w:rPr>
              <w:alias w:val="Zaškrtávací políčko"/>
              <w:tag w:val="converted_static_checkbox_1790331360087"/>
              <w:id w:val="861480024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02C1651" w14:textId="76992CF8" w:rsidR="00AD396F" w:rsidRPr="006B0AAC" w:rsidRDefault="006B0AAC" w:rsidP="00390513">
                <w:pPr>
                  <w:spacing w:after="0"/>
                  <w:jc w:val="center"/>
                  <w:rPr>
                    <w:rFonts w:ascii="Segoe UI" w:hAnsi="Segoe UI" w:cs="Segoe UI"/>
                    <w:sz w:val="20"/>
                    <w:szCs w:val="20"/>
                    <w:lang w:val="cs-CZ"/>
                  </w:rPr>
                </w:pPr>
                <w:r w:rsidRPr="006B0AAC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cs-CZ"/>
                  </w:rPr>
                  <w:t>☐</w:t>
                </w:r>
              </w:p>
            </w:sdtContent>
          </w:sdt>
        </w:tc>
      </w:tr>
      <w:tr w:rsidR="00AD396F" w:rsidRPr="006B0AAC" w14:paraId="7E1C9B1F" w14:textId="77777777">
        <w:trPr>
          <w:cantSplit/>
          <w:jc w:val="center"/>
        </w:trPr>
        <w:tc>
          <w:tcPr>
            <w:tcW w:w="7597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DC5BD37" w14:textId="77777777" w:rsidR="00AD396F" w:rsidRPr="006B0AAC" w:rsidRDefault="00000000" w:rsidP="00390513">
            <w:pPr>
              <w:spacing w:after="0"/>
              <w:jc w:val="both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sz w:val="20"/>
                <w:szCs w:val="20"/>
                <w:lang w:val="cs-CZ"/>
              </w:rPr>
              <w:lastRenderedPageBreak/>
              <w:t>Řešení odpovídá výstupu výpočetní pomůcky pro návrh větrání školy a předpokládanému počtu osob.</w:t>
            </w:r>
          </w:p>
        </w:tc>
        <w:tc>
          <w:tcPr>
            <w:tcW w:w="963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sz w:val="20"/>
                <w:szCs w:val="20"/>
                <w:lang w:val="cs-CZ"/>
              </w:rPr>
              <w:alias w:val="Zaškrtávací políčko"/>
              <w:tag w:val="converted_static_checkbox_1790331360087"/>
              <w:id w:val="-712118728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5F8D055" w14:textId="7A60AD51" w:rsidR="00AD396F" w:rsidRPr="006B0AAC" w:rsidRDefault="006B0AAC" w:rsidP="00390513">
                <w:pPr>
                  <w:spacing w:after="0"/>
                  <w:jc w:val="center"/>
                  <w:rPr>
                    <w:rFonts w:ascii="Segoe UI" w:hAnsi="Segoe UI" w:cs="Segoe UI"/>
                    <w:sz w:val="20"/>
                    <w:szCs w:val="20"/>
                    <w:lang w:val="cs-CZ"/>
                  </w:rPr>
                </w:pPr>
                <w:r w:rsidRPr="006B0AAC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cs-CZ"/>
                  </w:rPr>
                  <w:t>☐</w:t>
                </w:r>
              </w:p>
            </w:sdtContent>
          </w:sdt>
        </w:tc>
        <w:tc>
          <w:tcPr>
            <w:tcW w:w="1077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sz w:val="20"/>
                <w:szCs w:val="20"/>
                <w:lang w:val="cs-CZ"/>
              </w:rPr>
              <w:alias w:val="Zaškrtávací políčko"/>
              <w:tag w:val="converted_static_checkbox_1790331360087"/>
              <w:id w:val="769284719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55D0F31" w14:textId="176058DC" w:rsidR="00AD396F" w:rsidRPr="006B0AAC" w:rsidRDefault="006B0AAC" w:rsidP="00390513">
                <w:pPr>
                  <w:spacing w:after="0"/>
                  <w:jc w:val="center"/>
                  <w:rPr>
                    <w:rFonts w:ascii="Segoe UI" w:hAnsi="Segoe UI" w:cs="Segoe UI"/>
                    <w:sz w:val="20"/>
                    <w:szCs w:val="20"/>
                    <w:lang w:val="cs-CZ"/>
                  </w:rPr>
                </w:pPr>
                <w:r w:rsidRPr="006B0AAC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cs-CZ"/>
                  </w:rPr>
                  <w:t>☐</w:t>
                </w:r>
              </w:p>
            </w:sdtContent>
          </w:sdt>
        </w:tc>
      </w:tr>
      <w:tr w:rsidR="00AD396F" w:rsidRPr="006B0AAC" w14:paraId="06F0469F" w14:textId="77777777">
        <w:trPr>
          <w:cantSplit/>
          <w:jc w:val="center"/>
        </w:trPr>
        <w:tc>
          <w:tcPr>
            <w:tcW w:w="7597" w:type="dxa"/>
            <w:shd w:val="clear" w:color="auto" w:fill="F7F9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A77E9AD" w14:textId="77777777" w:rsidR="00AD396F" w:rsidRPr="006B0AAC" w:rsidRDefault="00000000" w:rsidP="00390513">
            <w:pPr>
              <w:spacing w:after="0"/>
              <w:jc w:val="both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sz w:val="20"/>
                <w:szCs w:val="20"/>
                <w:lang w:val="cs-CZ"/>
              </w:rPr>
              <w:t>Řešení je v souladu s vyhláškou č. 160/2024 Sb. a Metodickým pokynem pro návrh větrání škol.</w:t>
            </w:r>
          </w:p>
        </w:tc>
        <w:tc>
          <w:tcPr>
            <w:tcW w:w="963" w:type="dxa"/>
            <w:shd w:val="clear" w:color="auto" w:fill="F7F9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sz w:val="20"/>
                <w:szCs w:val="20"/>
                <w:lang w:val="cs-CZ"/>
              </w:rPr>
              <w:alias w:val="Zaškrtávací políčko"/>
              <w:tag w:val="converted_static_checkbox_1790331360087"/>
              <w:id w:val="-1253891353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54C5D99" w14:textId="3842EFD5" w:rsidR="00AD396F" w:rsidRPr="006B0AAC" w:rsidRDefault="006B0AAC" w:rsidP="00390513">
                <w:pPr>
                  <w:spacing w:after="0"/>
                  <w:jc w:val="center"/>
                  <w:rPr>
                    <w:rFonts w:ascii="Segoe UI" w:hAnsi="Segoe UI" w:cs="Segoe UI"/>
                    <w:sz w:val="20"/>
                    <w:szCs w:val="20"/>
                    <w:lang w:val="cs-CZ"/>
                  </w:rPr>
                </w:pPr>
                <w:r w:rsidRPr="006B0AAC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cs-CZ"/>
                  </w:rPr>
                  <w:t>☐</w:t>
                </w:r>
              </w:p>
            </w:sdtContent>
          </w:sdt>
        </w:tc>
        <w:tc>
          <w:tcPr>
            <w:tcW w:w="1077" w:type="dxa"/>
            <w:shd w:val="clear" w:color="auto" w:fill="F7F9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sz w:val="20"/>
                <w:szCs w:val="20"/>
                <w:lang w:val="cs-CZ"/>
              </w:rPr>
              <w:alias w:val="Zaškrtávací políčko"/>
              <w:tag w:val="converted_static_checkbox_1790331360087"/>
              <w:id w:val="-1050987361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DAFA8EC" w14:textId="00275202" w:rsidR="00AD396F" w:rsidRPr="006B0AAC" w:rsidRDefault="006B0AAC" w:rsidP="00390513">
                <w:pPr>
                  <w:spacing w:after="0"/>
                  <w:jc w:val="center"/>
                  <w:rPr>
                    <w:rFonts w:ascii="Segoe UI" w:hAnsi="Segoe UI" w:cs="Segoe UI"/>
                    <w:sz w:val="20"/>
                    <w:szCs w:val="20"/>
                    <w:lang w:val="cs-CZ"/>
                  </w:rPr>
                </w:pPr>
                <w:r w:rsidRPr="006B0AAC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cs-CZ"/>
                  </w:rPr>
                  <w:t>☐</w:t>
                </w:r>
              </w:p>
            </w:sdtContent>
          </w:sdt>
        </w:tc>
      </w:tr>
      <w:tr w:rsidR="00AD396F" w:rsidRPr="006B0AAC" w14:paraId="6A47BFAC" w14:textId="77777777">
        <w:trPr>
          <w:cantSplit/>
          <w:jc w:val="center"/>
        </w:trPr>
        <w:tc>
          <w:tcPr>
            <w:tcW w:w="7597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3FA513F" w14:textId="7B54FE22" w:rsidR="00AC5DE5" w:rsidRPr="00AC5DE5" w:rsidRDefault="00AC5DE5" w:rsidP="00AC5DE5">
            <w:pPr>
              <w:spacing w:after="0"/>
              <w:jc w:val="both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>
              <w:rPr>
                <w:rFonts w:ascii="Segoe UI" w:hAnsi="Segoe UI" w:cs="Segoe UI"/>
                <w:sz w:val="20"/>
                <w:szCs w:val="20"/>
                <w:lang w:val="cs-CZ"/>
              </w:rPr>
              <w:t>Ř</w:t>
            </w:r>
            <w:r w:rsidRPr="00AC5DE5">
              <w:rPr>
                <w:rFonts w:ascii="Segoe UI" w:hAnsi="Segoe UI" w:cs="Segoe UI"/>
                <w:sz w:val="20"/>
                <w:szCs w:val="20"/>
                <w:lang w:val="cs-CZ"/>
              </w:rPr>
              <w:t>ešená budova (budovy) pln</w:t>
            </w:r>
            <w:r>
              <w:rPr>
                <w:rFonts w:ascii="Segoe UI" w:hAnsi="Segoe UI" w:cs="Segoe UI"/>
                <w:sz w:val="20"/>
                <w:szCs w:val="20"/>
                <w:lang w:val="cs-CZ"/>
              </w:rPr>
              <w:t>í</w:t>
            </w:r>
            <w:r w:rsidRPr="00AC5DE5">
              <w:rPr>
                <w:rFonts w:ascii="Segoe UI" w:hAnsi="Segoe UI" w:cs="Segoe UI"/>
                <w:sz w:val="20"/>
                <w:szCs w:val="20"/>
                <w:lang w:val="cs-CZ"/>
              </w:rPr>
              <w:t xml:space="preserve"> minimáln</w:t>
            </w:r>
            <w:r>
              <w:rPr>
                <w:rFonts w:ascii="Segoe UI" w:hAnsi="Segoe UI" w:cs="Segoe UI"/>
                <w:sz w:val="20"/>
                <w:szCs w:val="20"/>
                <w:lang w:val="cs-CZ"/>
              </w:rPr>
              <w:t>í</w:t>
            </w:r>
            <w:r w:rsidRPr="00AC5DE5">
              <w:rPr>
                <w:rFonts w:ascii="Segoe UI" w:hAnsi="Segoe UI" w:cs="Segoe UI"/>
                <w:sz w:val="20"/>
                <w:szCs w:val="20"/>
                <w:lang w:val="cs-CZ"/>
              </w:rPr>
              <w:t xml:space="preserve"> parametry energetické</w:t>
            </w:r>
            <w:r>
              <w:rPr>
                <w:rFonts w:ascii="Segoe UI" w:hAnsi="Segoe UI" w:cs="Segoe UI"/>
                <w:sz w:val="20"/>
                <w:szCs w:val="20"/>
                <w:lang w:val="cs-CZ"/>
              </w:rPr>
              <w:t xml:space="preserve"> </w:t>
            </w:r>
            <w:r w:rsidRPr="00AC5DE5">
              <w:rPr>
                <w:rFonts w:ascii="Segoe UI" w:hAnsi="Segoe UI" w:cs="Segoe UI"/>
                <w:sz w:val="20"/>
                <w:szCs w:val="20"/>
                <w:lang w:val="cs-CZ"/>
              </w:rPr>
              <w:t>náročnosti definované § 6 odst. 2 vyhlášky č. 264/2020 Sb., o energetické náročnosti budov.</w:t>
            </w:r>
            <w:r>
              <w:rPr>
                <w:rFonts w:ascii="Segoe UI" w:hAnsi="Segoe UI" w:cs="Segoe UI"/>
                <w:sz w:val="20"/>
                <w:szCs w:val="20"/>
                <w:lang w:val="cs-CZ"/>
              </w:rPr>
              <w:t xml:space="preserve"> </w:t>
            </w:r>
          </w:p>
          <w:p w14:paraId="4AD1EFFE" w14:textId="2D66C203" w:rsidR="00AD396F" w:rsidRPr="006B0AAC" w:rsidRDefault="00AD396F" w:rsidP="00AC5DE5">
            <w:pPr>
              <w:spacing w:after="0"/>
              <w:jc w:val="both"/>
              <w:rPr>
                <w:rFonts w:ascii="Segoe UI" w:hAnsi="Segoe UI" w:cs="Segoe UI"/>
                <w:sz w:val="20"/>
                <w:szCs w:val="20"/>
                <w:lang w:val="cs-CZ"/>
              </w:rPr>
            </w:pPr>
          </w:p>
        </w:tc>
        <w:tc>
          <w:tcPr>
            <w:tcW w:w="963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sz w:val="20"/>
                <w:szCs w:val="20"/>
                <w:lang w:val="cs-CZ"/>
              </w:rPr>
              <w:alias w:val="Zaškrtávací políčko"/>
              <w:tag w:val="converted_static_checkbox_1790331360087"/>
              <w:id w:val="1756175619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2F0BFE2" w14:textId="7CB52E0A" w:rsidR="00AD396F" w:rsidRPr="006B0AAC" w:rsidRDefault="006B0AAC" w:rsidP="00390513">
                <w:pPr>
                  <w:spacing w:after="0"/>
                  <w:jc w:val="center"/>
                  <w:rPr>
                    <w:rFonts w:ascii="Segoe UI" w:hAnsi="Segoe UI" w:cs="Segoe UI"/>
                    <w:sz w:val="20"/>
                    <w:szCs w:val="20"/>
                    <w:lang w:val="cs-CZ"/>
                  </w:rPr>
                </w:pPr>
                <w:r w:rsidRPr="006B0AAC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cs-CZ"/>
                  </w:rPr>
                  <w:t>☐</w:t>
                </w:r>
              </w:p>
            </w:sdtContent>
          </w:sdt>
        </w:tc>
        <w:tc>
          <w:tcPr>
            <w:tcW w:w="1077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sz w:val="20"/>
                <w:szCs w:val="20"/>
                <w:lang w:val="cs-CZ"/>
              </w:rPr>
              <w:alias w:val="Zaškrtávací políčko"/>
              <w:tag w:val="converted_static_checkbox_1790331360087"/>
              <w:id w:val="-168946395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8FE2E6D" w14:textId="7B301CFC" w:rsidR="00AD396F" w:rsidRPr="006B0AAC" w:rsidRDefault="006B0AAC" w:rsidP="00390513">
                <w:pPr>
                  <w:spacing w:after="0"/>
                  <w:jc w:val="center"/>
                  <w:rPr>
                    <w:rFonts w:ascii="Segoe UI" w:hAnsi="Segoe UI" w:cs="Segoe UI"/>
                    <w:sz w:val="20"/>
                    <w:szCs w:val="20"/>
                    <w:lang w:val="cs-CZ"/>
                  </w:rPr>
                </w:pPr>
                <w:r w:rsidRPr="006B0AAC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cs-CZ"/>
                  </w:rPr>
                  <w:t>☐</w:t>
                </w:r>
              </w:p>
            </w:sdtContent>
          </w:sdt>
        </w:tc>
      </w:tr>
      <w:tr w:rsidR="00AD396F" w:rsidRPr="006B0AAC" w14:paraId="2BAEAD2A" w14:textId="77777777">
        <w:trPr>
          <w:cantSplit/>
          <w:jc w:val="center"/>
        </w:trPr>
        <w:tc>
          <w:tcPr>
            <w:tcW w:w="7597" w:type="dxa"/>
            <w:shd w:val="clear" w:color="auto" w:fill="F7F9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D910C8A" w14:textId="3DEE64BF" w:rsidR="00AD396F" w:rsidRPr="006B0AAC" w:rsidRDefault="00000000" w:rsidP="00390513">
            <w:pPr>
              <w:spacing w:after="0"/>
              <w:jc w:val="both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sz w:val="20"/>
                <w:szCs w:val="20"/>
                <w:lang w:val="cs-CZ"/>
              </w:rPr>
              <w:t xml:space="preserve">Stínicí prvky byly realizovány v podporovatelném rozsahu, odpovídají </w:t>
            </w:r>
            <w:r w:rsidR="000B6E09">
              <w:rPr>
                <w:rFonts w:ascii="Segoe UI" w:hAnsi="Segoe UI" w:cs="Segoe UI"/>
                <w:sz w:val="20"/>
                <w:szCs w:val="20"/>
                <w:lang w:val="cs-CZ"/>
              </w:rPr>
              <w:t xml:space="preserve">schválené </w:t>
            </w:r>
            <w:r w:rsidRPr="006B0AAC">
              <w:rPr>
                <w:rFonts w:ascii="Segoe UI" w:hAnsi="Segoe UI" w:cs="Segoe UI"/>
                <w:sz w:val="20"/>
                <w:szCs w:val="20"/>
                <w:lang w:val="cs-CZ"/>
              </w:rPr>
              <w:t xml:space="preserve">PD a jsou funkční. </w:t>
            </w:r>
            <w:r w:rsidR="000B6E09" w:rsidRPr="00812238">
              <w:rPr>
                <w:rFonts w:ascii="Segoe UI" w:hAnsi="Segoe UI" w:cs="Segoe UI"/>
                <w:sz w:val="20"/>
                <w:szCs w:val="20"/>
                <w:lang w:val="cs-CZ"/>
              </w:rPr>
              <w:t>V případě meziokenních stínicích prvků je doloženo, že z pohledu památkové ochrany nebylo možné realizovat vnější stínicí prvky.</w:t>
            </w:r>
          </w:p>
        </w:tc>
        <w:tc>
          <w:tcPr>
            <w:tcW w:w="963" w:type="dxa"/>
            <w:shd w:val="clear" w:color="auto" w:fill="F7F9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sz w:val="20"/>
                <w:szCs w:val="20"/>
                <w:lang w:val="cs-CZ"/>
              </w:rPr>
              <w:alias w:val="Zaškrtávací políčko"/>
              <w:tag w:val="converted_static_checkbox_1790331360087"/>
              <w:id w:val="-1464885999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09AE8EB" w14:textId="25E78EBD" w:rsidR="00AD396F" w:rsidRPr="006B0AAC" w:rsidRDefault="006B0AAC" w:rsidP="00390513">
                <w:pPr>
                  <w:spacing w:after="0"/>
                  <w:jc w:val="center"/>
                  <w:rPr>
                    <w:rFonts w:ascii="Segoe UI" w:hAnsi="Segoe UI" w:cs="Segoe UI"/>
                    <w:sz w:val="20"/>
                    <w:szCs w:val="20"/>
                    <w:lang w:val="cs-CZ"/>
                  </w:rPr>
                </w:pPr>
                <w:r w:rsidRPr="006B0AAC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cs-CZ"/>
                  </w:rPr>
                  <w:t>☐</w:t>
                </w:r>
              </w:p>
            </w:sdtContent>
          </w:sdt>
        </w:tc>
        <w:tc>
          <w:tcPr>
            <w:tcW w:w="1077" w:type="dxa"/>
            <w:shd w:val="clear" w:color="auto" w:fill="F7F9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sz w:val="20"/>
                <w:szCs w:val="20"/>
                <w:lang w:val="cs-CZ"/>
              </w:rPr>
              <w:alias w:val="Zaškrtávací políčko"/>
              <w:tag w:val="converted_static_checkbox_1790331360087"/>
              <w:id w:val="986058721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1E65097" w14:textId="4CC1C92B" w:rsidR="00AD396F" w:rsidRPr="006B0AAC" w:rsidRDefault="006B0AAC" w:rsidP="00390513">
                <w:pPr>
                  <w:spacing w:after="0"/>
                  <w:jc w:val="center"/>
                  <w:rPr>
                    <w:rFonts w:ascii="Segoe UI" w:hAnsi="Segoe UI" w:cs="Segoe UI"/>
                    <w:sz w:val="20"/>
                    <w:szCs w:val="20"/>
                    <w:lang w:val="cs-CZ"/>
                  </w:rPr>
                </w:pPr>
                <w:r w:rsidRPr="006B0AAC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cs-CZ"/>
                  </w:rPr>
                  <w:t>☐</w:t>
                </w:r>
              </w:p>
            </w:sdtContent>
          </w:sdt>
        </w:tc>
      </w:tr>
      <w:tr w:rsidR="00AD396F" w:rsidRPr="006B0AAC" w14:paraId="4F3075F5" w14:textId="77777777">
        <w:trPr>
          <w:cantSplit/>
          <w:jc w:val="center"/>
        </w:trPr>
        <w:tc>
          <w:tcPr>
            <w:tcW w:w="7597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735E4EB" w14:textId="77777777" w:rsidR="00AD396F" w:rsidRPr="006B0AAC" w:rsidRDefault="00000000" w:rsidP="00390513">
            <w:pPr>
              <w:spacing w:after="0"/>
              <w:jc w:val="both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sz w:val="20"/>
                <w:szCs w:val="20"/>
                <w:lang w:val="cs-CZ"/>
              </w:rPr>
              <w:t>Zařízení bylo uvedeno do trvalého provozu; byly provedeny předepsané zkoušky, měření a kontroly.</w:t>
            </w:r>
          </w:p>
        </w:tc>
        <w:tc>
          <w:tcPr>
            <w:tcW w:w="963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sz w:val="20"/>
                <w:szCs w:val="20"/>
                <w:lang w:val="cs-CZ"/>
              </w:rPr>
              <w:alias w:val="Zaškrtávací políčko"/>
              <w:tag w:val="converted_static_checkbox_1790331360087"/>
              <w:id w:val="-1075433201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99C0236" w14:textId="33AFDF2B" w:rsidR="00AD396F" w:rsidRPr="006B0AAC" w:rsidRDefault="006B0AAC" w:rsidP="00390513">
                <w:pPr>
                  <w:spacing w:after="0"/>
                  <w:jc w:val="center"/>
                  <w:rPr>
                    <w:rFonts w:ascii="Segoe UI" w:hAnsi="Segoe UI" w:cs="Segoe UI"/>
                    <w:sz w:val="20"/>
                    <w:szCs w:val="20"/>
                    <w:lang w:val="cs-CZ"/>
                  </w:rPr>
                </w:pPr>
                <w:r w:rsidRPr="006B0AAC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cs-CZ"/>
                  </w:rPr>
                  <w:t>☐</w:t>
                </w:r>
              </w:p>
            </w:sdtContent>
          </w:sdt>
        </w:tc>
        <w:tc>
          <w:tcPr>
            <w:tcW w:w="1077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sz w:val="20"/>
                <w:szCs w:val="20"/>
                <w:lang w:val="cs-CZ"/>
              </w:rPr>
              <w:alias w:val="Zaškrtávací políčko"/>
              <w:tag w:val="converted_static_checkbox_1790331360087"/>
              <w:id w:val="-1300143602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10D883E" w14:textId="2479A322" w:rsidR="00AD396F" w:rsidRPr="006B0AAC" w:rsidRDefault="006B0AAC" w:rsidP="00390513">
                <w:pPr>
                  <w:spacing w:after="0"/>
                  <w:jc w:val="center"/>
                  <w:rPr>
                    <w:rFonts w:ascii="Segoe UI" w:hAnsi="Segoe UI" w:cs="Segoe UI"/>
                    <w:sz w:val="20"/>
                    <w:szCs w:val="20"/>
                    <w:lang w:val="cs-CZ"/>
                  </w:rPr>
                </w:pPr>
                <w:r w:rsidRPr="006B0AAC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cs-CZ"/>
                  </w:rPr>
                  <w:t>☐</w:t>
                </w:r>
              </w:p>
            </w:sdtContent>
          </w:sdt>
        </w:tc>
      </w:tr>
      <w:tr w:rsidR="00AD396F" w:rsidRPr="006B0AAC" w14:paraId="03B4C64C" w14:textId="77777777">
        <w:trPr>
          <w:cantSplit/>
          <w:jc w:val="center"/>
        </w:trPr>
        <w:tc>
          <w:tcPr>
            <w:tcW w:w="7597" w:type="dxa"/>
            <w:shd w:val="clear" w:color="auto" w:fill="F7F9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12A2421" w14:textId="77777777" w:rsidR="00AD396F" w:rsidRPr="006B0AAC" w:rsidRDefault="00000000" w:rsidP="00390513">
            <w:pPr>
              <w:spacing w:after="0"/>
              <w:jc w:val="both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sz w:val="20"/>
                <w:szCs w:val="20"/>
                <w:lang w:val="cs-CZ"/>
              </w:rPr>
              <w:t>Provozovateli byly předány návody, technické doklady a protokoly a byl seznámen s obsluhou a údržbou.</w:t>
            </w:r>
          </w:p>
        </w:tc>
        <w:tc>
          <w:tcPr>
            <w:tcW w:w="963" w:type="dxa"/>
            <w:shd w:val="clear" w:color="auto" w:fill="F7F9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sz w:val="20"/>
                <w:szCs w:val="20"/>
                <w:lang w:val="cs-CZ"/>
              </w:rPr>
              <w:alias w:val="Zaškrtávací políčko"/>
              <w:tag w:val="converted_static_checkbox_1790331360087"/>
              <w:id w:val="1109087231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8B8BD96" w14:textId="40B042C7" w:rsidR="00AD396F" w:rsidRPr="006B0AAC" w:rsidRDefault="006B0AAC" w:rsidP="00390513">
                <w:pPr>
                  <w:spacing w:after="0"/>
                  <w:jc w:val="center"/>
                  <w:rPr>
                    <w:rFonts w:ascii="Segoe UI" w:hAnsi="Segoe UI" w:cs="Segoe UI"/>
                    <w:sz w:val="20"/>
                    <w:szCs w:val="20"/>
                    <w:lang w:val="cs-CZ"/>
                  </w:rPr>
                </w:pPr>
                <w:r w:rsidRPr="006B0AAC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cs-CZ"/>
                  </w:rPr>
                  <w:t>☐</w:t>
                </w:r>
              </w:p>
            </w:sdtContent>
          </w:sdt>
        </w:tc>
        <w:tc>
          <w:tcPr>
            <w:tcW w:w="1077" w:type="dxa"/>
            <w:shd w:val="clear" w:color="auto" w:fill="F7F9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sz w:val="20"/>
                <w:szCs w:val="20"/>
                <w:lang w:val="cs-CZ"/>
              </w:rPr>
              <w:alias w:val="Zaškrtávací políčko"/>
              <w:tag w:val="converted_static_checkbox_1790331360087"/>
              <w:id w:val="1795639374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24DF4CB" w14:textId="40352EEE" w:rsidR="00AD396F" w:rsidRPr="006B0AAC" w:rsidRDefault="006B0AAC" w:rsidP="00390513">
                <w:pPr>
                  <w:spacing w:after="0"/>
                  <w:jc w:val="center"/>
                  <w:rPr>
                    <w:rFonts w:ascii="Segoe UI" w:hAnsi="Segoe UI" w:cs="Segoe UI"/>
                    <w:sz w:val="20"/>
                    <w:szCs w:val="20"/>
                    <w:lang w:val="cs-CZ"/>
                  </w:rPr>
                </w:pPr>
                <w:r w:rsidRPr="006B0AAC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cs-CZ"/>
                  </w:rPr>
                  <w:t>☐</w:t>
                </w:r>
              </w:p>
            </w:sdtContent>
          </w:sdt>
        </w:tc>
      </w:tr>
    </w:tbl>
    <w:p w14:paraId="6B461D26" w14:textId="77777777" w:rsidR="006B0AAC" w:rsidRDefault="006B0AAC" w:rsidP="00390513">
      <w:pPr>
        <w:keepNext/>
        <w:spacing w:after="0"/>
        <w:rPr>
          <w:rFonts w:ascii="Segoe UI" w:hAnsi="Segoe UI" w:cs="Segoe UI"/>
          <w:b/>
          <w:color w:val="17365D"/>
          <w:sz w:val="20"/>
          <w:szCs w:val="20"/>
          <w:lang w:val="cs-CZ"/>
        </w:rPr>
      </w:pPr>
    </w:p>
    <w:p w14:paraId="49280E14" w14:textId="34AE661F" w:rsidR="00AD396F" w:rsidRPr="00E42C3E" w:rsidRDefault="00000000" w:rsidP="00390513">
      <w:pPr>
        <w:pStyle w:val="Odstavecseseznamem"/>
        <w:keepNext/>
        <w:numPr>
          <w:ilvl w:val="0"/>
          <w:numId w:val="10"/>
        </w:numPr>
        <w:spacing w:after="0"/>
        <w:rPr>
          <w:rFonts w:ascii="Segoe UI" w:hAnsi="Segoe UI" w:cs="Segoe UI"/>
          <w:b/>
          <w:color w:val="17365D"/>
          <w:sz w:val="20"/>
          <w:szCs w:val="20"/>
          <w:u w:val="single"/>
          <w:lang w:val="cs-CZ"/>
        </w:rPr>
      </w:pPr>
      <w:r w:rsidRPr="00E42C3E">
        <w:rPr>
          <w:rFonts w:ascii="Segoe UI" w:hAnsi="Segoe UI" w:cs="Segoe UI"/>
          <w:b/>
          <w:color w:val="17365D"/>
          <w:sz w:val="20"/>
          <w:szCs w:val="20"/>
          <w:u w:val="single"/>
          <w:lang w:val="cs-CZ"/>
        </w:rPr>
        <w:t>Změny a podklady k</w:t>
      </w:r>
      <w:r w:rsidR="00390513" w:rsidRPr="00E42C3E">
        <w:rPr>
          <w:rFonts w:ascii="Segoe UI" w:hAnsi="Segoe UI" w:cs="Segoe UI"/>
          <w:b/>
          <w:color w:val="17365D"/>
          <w:sz w:val="20"/>
          <w:szCs w:val="20"/>
          <w:u w:val="single"/>
          <w:lang w:val="cs-CZ"/>
        </w:rPr>
        <w:t> </w:t>
      </w:r>
      <w:r w:rsidRPr="00E42C3E">
        <w:rPr>
          <w:rFonts w:ascii="Segoe UI" w:hAnsi="Segoe UI" w:cs="Segoe UI"/>
          <w:b/>
          <w:color w:val="17365D"/>
          <w:sz w:val="20"/>
          <w:szCs w:val="20"/>
          <w:u w:val="single"/>
          <w:lang w:val="cs-CZ"/>
        </w:rPr>
        <w:t>ověření</w:t>
      </w:r>
    </w:p>
    <w:p w14:paraId="329AFBB1" w14:textId="77777777" w:rsidR="00390513" w:rsidRPr="00390513" w:rsidRDefault="00390513" w:rsidP="00390513">
      <w:pPr>
        <w:pStyle w:val="Odstavecseseznamem"/>
        <w:keepNext/>
        <w:spacing w:after="0"/>
        <w:rPr>
          <w:rFonts w:ascii="Segoe UI" w:hAnsi="Segoe UI" w:cs="Segoe UI"/>
          <w:sz w:val="20"/>
          <w:szCs w:val="20"/>
          <w:lang w:val="cs-CZ"/>
        </w:rPr>
      </w:pPr>
    </w:p>
    <w:p w14:paraId="20B0F624" w14:textId="566194A2" w:rsidR="00AD396F" w:rsidRPr="006B0AAC" w:rsidRDefault="00000000" w:rsidP="00390513">
      <w:pPr>
        <w:spacing w:after="0"/>
        <w:rPr>
          <w:rFonts w:ascii="Segoe UI" w:hAnsi="Segoe UI" w:cs="Segoe UI"/>
          <w:sz w:val="20"/>
          <w:szCs w:val="20"/>
          <w:lang w:val="cs-CZ"/>
        </w:rPr>
      </w:pPr>
      <w:r w:rsidRPr="006B0AAC">
        <w:rPr>
          <w:rFonts w:ascii="Segoe UI" w:hAnsi="Segoe UI" w:cs="Segoe UI"/>
          <w:sz w:val="20"/>
          <w:szCs w:val="20"/>
          <w:lang w:val="cs-CZ"/>
        </w:rPr>
        <w:t xml:space="preserve">Změny oproti projektové </w:t>
      </w:r>
      <w:r w:rsidR="006B0AAC" w:rsidRPr="006B0AAC">
        <w:rPr>
          <w:rFonts w:ascii="Segoe UI" w:hAnsi="Segoe UI" w:cs="Segoe UI"/>
          <w:sz w:val="20"/>
          <w:szCs w:val="20"/>
          <w:lang w:val="cs-CZ"/>
        </w:rPr>
        <w:t xml:space="preserve">dokumentaci:  </w:t>
      </w:r>
      <w:sdt>
        <w:sdtPr>
          <w:rPr>
            <w:rFonts w:ascii="Segoe UI" w:hAnsi="Segoe UI" w:cs="Segoe UI"/>
            <w:sz w:val="20"/>
            <w:szCs w:val="20"/>
            <w:lang w:val="cs-CZ"/>
          </w:rPr>
          <w:alias w:val="Zaškrtávací políčko"/>
          <w:tag w:val="converted_static_checkbox_1790331360087"/>
          <w:id w:val="148636212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0AAC" w:rsidRPr="006B0AAC">
            <w:rPr>
              <w:rFonts w:ascii="MS Gothic" w:eastAsia="MS Gothic" w:hAnsi="MS Gothic" w:cs="Segoe UI" w:hint="eastAsia"/>
              <w:sz w:val="20"/>
              <w:szCs w:val="20"/>
              <w:lang w:val="cs-CZ"/>
            </w:rPr>
            <w:t>☐</w:t>
          </w:r>
        </w:sdtContent>
      </w:sdt>
      <w:r w:rsidRPr="006B0AAC">
        <w:rPr>
          <w:rFonts w:ascii="Segoe UI" w:hAnsi="Segoe UI" w:cs="Segoe UI"/>
          <w:sz w:val="20"/>
          <w:szCs w:val="20"/>
          <w:lang w:val="cs-CZ"/>
        </w:rPr>
        <w:t xml:space="preserve"> nenastaly   </w:t>
      </w:r>
      <w:sdt>
        <w:sdtPr>
          <w:rPr>
            <w:rFonts w:ascii="Segoe UI" w:hAnsi="Segoe UI" w:cs="Segoe UI"/>
            <w:sz w:val="20"/>
            <w:szCs w:val="20"/>
            <w:lang w:val="cs-CZ"/>
          </w:rPr>
          <w:alias w:val="Zaškrtávací políčko"/>
          <w:tag w:val="converted_static_checkbox_1790331360087"/>
          <w:id w:val="-172723055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0AAC" w:rsidRPr="006B0AAC">
            <w:rPr>
              <w:rFonts w:ascii="MS Gothic" w:eastAsia="MS Gothic" w:hAnsi="MS Gothic" w:cs="Segoe UI" w:hint="eastAsia"/>
              <w:sz w:val="20"/>
              <w:szCs w:val="20"/>
              <w:lang w:val="cs-CZ"/>
            </w:rPr>
            <w:t>☐</w:t>
          </w:r>
        </w:sdtContent>
      </w:sdt>
      <w:r w:rsidRPr="006B0AAC">
        <w:rPr>
          <w:rFonts w:ascii="Segoe UI" w:hAnsi="Segoe UI" w:cs="Segoe UI"/>
          <w:sz w:val="20"/>
          <w:szCs w:val="20"/>
          <w:lang w:val="cs-CZ"/>
        </w:rPr>
        <w:t xml:space="preserve"> nastaly a jsou popsány níže   </w:t>
      </w:r>
      <w:sdt>
        <w:sdtPr>
          <w:rPr>
            <w:rFonts w:ascii="Segoe UI" w:hAnsi="Segoe UI" w:cs="Segoe UI"/>
            <w:sz w:val="20"/>
            <w:szCs w:val="20"/>
            <w:lang w:val="cs-CZ"/>
          </w:rPr>
          <w:alias w:val="Zaškrtávací políčko"/>
          <w:tag w:val="converted_static_checkbox_1790331360087"/>
          <w:id w:val="1446958409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0AAC" w:rsidRPr="006B0AAC">
            <w:rPr>
              <w:rFonts w:ascii="MS Gothic" w:eastAsia="MS Gothic" w:hAnsi="MS Gothic" w:cs="Segoe UI" w:hint="eastAsia"/>
              <w:sz w:val="20"/>
              <w:szCs w:val="20"/>
              <w:lang w:val="cs-CZ"/>
            </w:rPr>
            <w:t>☐</w:t>
          </w:r>
        </w:sdtContent>
      </w:sdt>
      <w:r w:rsidRPr="006B0AAC">
        <w:rPr>
          <w:rFonts w:ascii="Segoe UI" w:hAnsi="Segoe UI" w:cs="Segoe UI"/>
          <w:sz w:val="20"/>
          <w:szCs w:val="20"/>
          <w:lang w:val="cs-CZ"/>
        </w:rPr>
        <w:t xml:space="preserve"> byly předem odsouhlaseny </w:t>
      </w:r>
      <w:r w:rsidR="006B0AAC">
        <w:rPr>
          <w:rFonts w:ascii="Segoe UI" w:hAnsi="Segoe UI" w:cs="Segoe UI"/>
          <w:sz w:val="20"/>
          <w:szCs w:val="20"/>
          <w:lang w:val="cs-CZ"/>
        </w:rPr>
        <w:t>SFŽP ČR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3061"/>
        <w:gridCol w:w="1757"/>
        <w:gridCol w:w="3061"/>
      </w:tblGrid>
      <w:tr w:rsidR="00AD396F" w:rsidRPr="006B0AAC" w14:paraId="3A245CD2" w14:textId="77777777">
        <w:trPr>
          <w:cantSplit/>
          <w:jc w:val="center"/>
        </w:trPr>
        <w:tc>
          <w:tcPr>
            <w:tcW w:w="1757" w:type="dxa"/>
            <w:shd w:val="clear" w:color="auto" w:fill="EAF2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FDF8850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b/>
                <w:color w:val="17365D"/>
                <w:sz w:val="20"/>
                <w:szCs w:val="20"/>
                <w:lang w:val="cs-CZ"/>
              </w:rPr>
              <w:t>Popis změn / dopad</w:t>
            </w:r>
          </w:p>
        </w:tc>
        <w:tc>
          <w:tcPr>
            <w:tcW w:w="3061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D7D389B" w14:textId="77777777" w:rsidR="00AD396F" w:rsidRPr="006B0AAC" w:rsidRDefault="00AD396F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</w:p>
        </w:tc>
        <w:tc>
          <w:tcPr>
            <w:tcW w:w="1757" w:type="dxa"/>
            <w:shd w:val="clear" w:color="auto" w:fill="EAF2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7F18074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b/>
                <w:color w:val="17365D"/>
                <w:sz w:val="20"/>
                <w:szCs w:val="20"/>
                <w:lang w:val="cs-CZ"/>
              </w:rPr>
              <w:t>Odůvodnění</w:t>
            </w:r>
          </w:p>
        </w:tc>
        <w:tc>
          <w:tcPr>
            <w:tcW w:w="3061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6D9BC95" w14:textId="77777777" w:rsidR="00AD396F" w:rsidRPr="006B0AAC" w:rsidRDefault="00AD396F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</w:p>
        </w:tc>
      </w:tr>
      <w:tr w:rsidR="00AD396F" w:rsidRPr="006B0AAC" w14:paraId="55DF54FE" w14:textId="77777777">
        <w:trPr>
          <w:cantSplit/>
          <w:jc w:val="center"/>
        </w:trPr>
        <w:tc>
          <w:tcPr>
            <w:tcW w:w="1757" w:type="dxa"/>
            <w:shd w:val="clear" w:color="auto" w:fill="EAF2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009C313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b/>
                <w:color w:val="17365D"/>
                <w:sz w:val="20"/>
                <w:szCs w:val="20"/>
                <w:lang w:val="cs-CZ"/>
              </w:rPr>
              <w:t>Použité podklady</w:t>
            </w:r>
          </w:p>
        </w:tc>
        <w:tc>
          <w:tcPr>
            <w:tcW w:w="3061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18D8120" w14:textId="7C6F2542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cs-CZ"/>
                </w:rPr>
                <w:alias w:val="Zaškrtávací políčko"/>
                <w:tag w:val="converted_static_checkbox_1790331360087"/>
                <w:id w:val="-143004185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0AAC" w:rsidRPr="006B0AAC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cs-CZ"/>
                  </w:rPr>
                  <w:t>☐</w:t>
                </w:r>
              </w:sdtContent>
            </w:sdt>
            <w:r w:rsidR="006B0AAC" w:rsidRPr="006B0AAC">
              <w:rPr>
                <w:rFonts w:ascii="Segoe UI" w:hAnsi="Segoe UI" w:cs="Segoe UI"/>
                <w:sz w:val="20"/>
                <w:szCs w:val="20"/>
                <w:lang w:val="cs-CZ"/>
              </w:rPr>
              <w:t xml:space="preserve"> PD  </w:t>
            </w:r>
            <w:sdt>
              <w:sdtPr>
                <w:rPr>
                  <w:rFonts w:ascii="Segoe UI" w:hAnsi="Segoe UI" w:cs="Segoe UI"/>
                  <w:sz w:val="20"/>
                  <w:szCs w:val="20"/>
                  <w:lang w:val="cs-CZ"/>
                </w:rPr>
                <w:alias w:val="Zaškrtávací políčko"/>
                <w:tag w:val="converted_static_checkbox_1790331360087"/>
                <w:id w:val="-107528204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0AAC" w:rsidRPr="006B0AAC">
                  <w:rPr>
                    <w:rFonts w:ascii="MS Gothic" w:eastAsia="MS Gothic" w:hAnsi="MS Gothic" w:cs="Segoe UI" w:hint="eastAsia"/>
                    <w:sz w:val="20"/>
                    <w:szCs w:val="20"/>
                    <w:lang w:val="cs-CZ"/>
                  </w:rPr>
                  <w:t>☐</w:t>
                </w:r>
              </w:sdtContent>
            </w:sdt>
            <w:r w:rsidR="006B0AAC" w:rsidRPr="006B0AAC">
              <w:rPr>
                <w:rFonts w:ascii="Segoe UI" w:hAnsi="Segoe UI" w:cs="Segoe UI"/>
                <w:sz w:val="20"/>
                <w:szCs w:val="20"/>
                <w:lang w:val="cs-CZ"/>
              </w:rPr>
              <w:t xml:space="preserve"> skutečné provedení  </w:t>
            </w:r>
            <w:sdt>
              <w:sdtPr>
                <w:rPr>
                  <w:rFonts w:ascii="Segoe UI" w:hAnsi="Segoe UI" w:cs="Segoe UI"/>
                  <w:sz w:val="20"/>
                  <w:szCs w:val="20"/>
                  <w:lang w:val="cs-CZ"/>
                </w:rPr>
                <w:alias w:val="Zaškrtávací políčko"/>
                <w:tag w:val="converted_static_checkbox_1790331360087"/>
                <w:id w:val="26250284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0AAC" w:rsidRPr="006B0AAC">
                  <w:rPr>
                    <w:rFonts w:ascii="MS Gothic" w:eastAsia="MS Gothic" w:hAnsi="MS Gothic" w:cs="Segoe UI" w:hint="eastAsia"/>
                    <w:sz w:val="20"/>
                    <w:szCs w:val="20"/>
                    <w:lang w:val="cs-CZ"/>
                  </w:rPr>
                  <w:t>☐</w:t>
                </w:r>
              </w:sdtContent>
            </w:sdt>
            <w:r w:rsidR="006B0AAC" w:rsidRPr="006B0AAC">
              <w:rPr>
                <w:rFonts w:ascii="Segoe UI" w:hAnsi="Segoe UI" w:cs="Segoe UI"/>
                <w:sz w:val="20"/>
                <w:szCs w:val="20"/>
                <w:lang w:val="cs-CZ"/>
              </w:rPr>
              <w:t xml:space="preserve"> PENB</w:t>
            </w:r>
          </w:p>
        </w:tc>
        <w:tc>
          <w:tcPr>
            <w:tcW w:w="1757" w:type="dxa"/>
            <w:shd w:val="clear" w:color="auto" w:fill="EAF2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C9F7E92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b/>
                <w:color w:val="17365D"/>
                <w:sz w:val="20"/>
                <w:szCs w:val="20"/>
                <w:lang w:val="cs-CZ"/>
              </w:rPr>
              <w:t>Protokoly</w:t>
            </w:r>
          </w:p>
        </w:tc>
        <w:tc>
          <w:tcPr>
            <w:tcW w:w="3061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DC767A1" w14:textId="78FE7AFF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cs-CZ"/>
                </w:rPr>
                <w:alias w:val="Zaškrtávací políčko"/>
                <w:tag w:val="converted_static_checkbox_1790331360087"/>
                <w:id w:val="-207032901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0AAC" w:rsidRPr="006B0AAC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cs-CZ"/>
                  </w:rPr>
                  <w:t>☐</w:t>
                </w:r>
              </w:sdtContent>
            </w:sdt>
            <w:r w:rsidR="006B0AAC" w:rsidRPr="006B0AAC">
              <w:rPr>
                <w:rFonts w:ascii="Segoe UI" w:hAnsi="Segoe UI" w:cs="Segoe UI"/>
                <w:sz w:val="20"/>
                <w:szCs w:val="20"/>
                <w:lang w:val="cs-CZ"/>
              </w:rPr>
              <w:t xml:space="preserve"> uvedení do provozu  </w:t>
            </w:r>
            <w:sdt>
              <w:sdtPr>
                <w:rPr>
                  <w:rFonts w:ascii="Segoe UI" w:hAnsi="Segoe UI" w:cs="Segoe UI"/>
                  <w:sz w:val="20"/>
                  <w:szCs w:val="20"/>
                  <w:lang w:val="cs-CZ"/>
                </w:rPr>
                <w:alias w:val="Zaškrtávací políčko"/>
                <w:tag w:val="converted_static_checkbox_1790331360087"/>
                <w:id w:val="122788630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0AAC" w:rsidRPr="006B0AAC">
                  <w:rPr>
                    <w:rFonts w:ascii="MS Gothic" w:eastAsia="MS Gothic" w:hAnsi="MS Gothic" w:cs="Segoe UI" w:hint="eastAsia"/>
                    <w:sz w:val="20"/>
                    <w:szCs w:val="20"/>
                    <w:lang w:val="cs-CZ"/>
                  </w:rPr>
                  <w:t>☐</w:t>
                </w:r>
              </w:sdtContent>
            </w:sdt>
            <w:r w:rsidR="006B0AAC" w:rsidRPr="006B0AAC">
              <w:rPr>
                <w:rFonts w:ascii="Segoe UI" w:hAnsi="Segoe UI" w:cs="Segoe UI"/>
                <w:sz w:val="20"/>
                <w:szCs w:val="20"/>
                <w:lang w:val="cs-CZ"/>
              </w:rPr>
              <w:t xml:space="preserve"> měření</w:t>
            </w:r>
          </w:p>
        </w:tc>
      </w:tr>
      <w:tr w:rsidR="00AD396F" w:rsidRPr="006B0AAC" w14:paraId="65DFE40E" w14:textId="77777777">
        <w:trPr>
          <w:cantSplit/>
          <w:jc w:val="center"/>
        </w:trPr>
        <w:tc>
          <w:tcPr>
            <w:tcW w:w="1757" w:type="dxa"/>
            <w:shd w:val="clear" w:color="auto" w:fill="EAF2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3CC7561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b/>
                <w:color w:val="17365D"/>
                <w:sz w:val="20"/>
                <w:szCs w:val="20"/>
                <w:lang w:val="cs-CZ"/>
              </w:rPr>
              <w:t>Další doklady</w:t>
            </w:r>
          </w:p>
        </w:tc>
        <w:tc>
          <w:tcPr>
            <w:tcW w:w="3061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5BFF3AB" w14:textId="20500DBA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cs-CZ"/>
                </w:rPr>
                <w:alias w:val="Zaškrtávací políčko"/>
                <w:tag w:val="converted_static_checkbox_1790331360087"/>
                <w:id w:val="-133622586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0AAC" w:rsidRPr="006B0AAC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cs-CZ"/>
                  </w:rPr>
                  <w:t>☐</w:t>
                </w:r>
              </w:sdtContent>
            </w:sdt>
            <w:r w:rsidR="006B0AAC" w:rsidRPr="006B0AAC">
              <w:rPr>
                <w:rFonts w:ascii="Segoe UI" w:hAnsi="Segoe UI" w:cs="Segoe UI"/>
                <w:sz w:val="20"/>
                <w:szCs w:val="20"/>
                <w:lang w:val="cs-CZ"/>
              </w:rPr>
              <w:t xml:space="preserve"> technické listy  </w:t>
            </w:r>
            <w:sdt>
              <w:sdtPr>
                <w:rPr>
                  <w:rFonts w:ascii="Segoe UI" w:hAnsi="Segoe UI" w:cs="Segoe UI"/>
                  <w:sz w:val="20"/>
                  <w:szCs w:val="20"/>
                  <w:lang w:val="cs-CZ"/>
                </w:rPr>
                <w:alias w:val="Zaškrtávací políčko"/>
                <w:tag w:val="converted_static_checkbox_1790331360087"/>
                <w:id w:val="-84833354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0AAC" w:rsidRPr="006B0AAC">
                  <w:rPr>
                    <w:rFonts w:ascii="MS Gothic" w:eastAsia="MS Gothic" w:hAnsi="MS Gothic" w:cs="Segoe UI" w:hint="eastAsia"/>
                    <w:sz w:val="20"/>
                    <w:szCs w:val="20"/>
                    <w:lang w:val="cs-CZ"/>
                  </w:rPr>
                  <w:t>☐</w:t>
                </w:r>
              </w:sdtContent>
            </w:sdt>
            <w:r w:rsidR="006B0AAC" w:rsidRPr="006B0AAC">
              <w:rPr>
                <w:rFonts w:ascii="Segoe UI" w:hAnsi="Segoe UI" w:cs="Segoe UI"/>
                <w:sz w:val="20"/>
                <w:szCs w:val="20"/>
                <w:lang w:val="cs-CZ"/>
              </w:rPr>
              <w:t xml:space="preserve"> fotodokumentace</w:t>
            </w:r>
          </w:p>
        </w:tc>
        <w:tc>
          <w:tcPr>
            <w:tcW w:w="1757" w:type="dxa"/>
            <w:shd w:val="clear" w:color="auto" w:fill="EAF2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FF38A1D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b/>
                <w:color w:val="17365D"/>
                <w:sz w:val="20"/>
                <w:szCs w:val="20"/>
                <w:lang w:val="cs-CZ"/>
              </w:rPr>
              <w:t>Jiné</w:t>
            </w:r>
          </w:p>
        </w:tc>
        <w:tc>
          <w:tcPr>
            <w:tcW w:w="3061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D064DB5" w14:textId="77777777" w:rsidR="00AD396F" w:rsidRPr="006B0AAC" w:rsidRDefault="00AD396F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</w:p>
        </w:tc>
      </w:tr>
    </w:tbl>
    <w:p w14:paraId="52EB44D3" w14:textId="77777777" w:rsidR="006B0AAC" w:rsidRDefault="006B0AAC" w:rsidP="00390513">
      <w:pPr>
        <w:keepNext/>
        <w:spacing w:after="0"/>
        <w:rPr>
          <w:rFonts w:ascii="Segoe UI" w:hAnsi="Segoe UI" w:cs="Segoe UI"/>
          <w:b/>
          <w:color w:val="17365D"/>
          <w:sz w:val="20"/>
          <w:szCs w:val="20"/>
          <w:lang w:val="cs-CZ"/>
        </w:rPr>
      </w:pPr>
    </w:p>
    <w:p w14:paraId="593CDBFB" w14:textId="3B7A97CE" w:rsidR="00AD396F" w:rsidRPr="00E42C3E" w:rsidRDefault="00000000" w:rsidP="00390513">
      <w:pPr>
        <w:pStyle w:val="Odstavecseseznamem"/>
        <w:keepNext/>
        <w:numPr>
          <w:ilvl w:val="0"/>
          <w:numId w:val="10"/>
        </w:numPr>
        <w:spacing w:after="0"/>
        <w:rPr>
          <w:rFonts w:ascii="Segoe UI" w:hAnsi="Segoe UI" w:cs="Segoe UI"/>
          <w:b/>
          <w:color w:val="17365D"/>
          <w:sz w:val="20"/>
          <w:szCs w:val="20"/>
          <w:u w:val="single"/>
          <w:lang w:val="cs-CZ"/>
        </w:rPr>
      </w:pPr>
      <w:r w:rsidRPr="00E42C3E">
        <w:rPr>
          <w:rFonts w:ascii="Segoe UI" w:hAnsi="Segoe UI" w:cs="Segoe UI"/>
          <w:b/>
          <w:color w:val="17365D"/>
          <w:sz w:val="20"/>
          <w:szCs w:val="20"/>
          <w:u w:val="single"/>
          <w:lang w:val="cs-CZ"/>
        </w:rPr>
        <w:t>Souhrnné vyhodnocení</w:t>
      </w:r>
      <w:r w:rsidR="00390513" w:rsidRPr="00E42C3E">
        <w:rPr>
          <w:rFonts w:ascii="Segoe UI" w:hAnsi="Segoe UI" w:cs="Segoe UI"/>
          <w:b/>
          <w:color w:val="17365D"/>
          <w:sz w:val="20"/>
          <w:szCs w:val="20"/>
          <w:u w:val="single"/>
          <w:lang w:val="cs-CZ"/>
        </w:rPr>
        <w:t xml:space="preserve"> </w:t>
      </w:r>
    </w:p>
    <w:p w14:paraId="118F2491" w14:textId="77777777" w:rsidR="00390513" w:rsidRPr="00390513" w:rsidRDefault="00390513" w:rsidP="00390513">
      <w:pPr>
        <w:pStyle w:val="Odstavecseseznamem"/>
        <w:keepNext/>
        <w:spacing w:after="0"/>
        <w:rPr>
          <w:rFonts w:ascii="Segoe UI" w:hAnsi="Segoe UI" w:cs="Segoe UI"/>
          <w:sz w:val="20"/>
          <w:szCs w:val="20"/>
          <w:lang w:val="cs-CZ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97"/>
        <w:gridCol w:w="963"/>
        <w:gridCol w:w="1077"/>
      </w:tblGrid>
      <w:tr w:rsidR="00AD396F" w:rsidRPr="006B0AAC" w14:paraId="41A877E0" w14:textId="77777777">
        <w:trPr>
          <w:jc w:val="center"/>
        </w:trPr>
        <w:tc>
          <w:tcPr>
            <w:tcW w:w="7597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ECFFF6F" w14:textId="77777777" w:rsidR="00AD396F" w:rsidRPr="006B0AAC" w:rsidRDefault="00000000" w:rsidP="00390513">
            <w:pPr>
              <w:spacing w:after="0"/>
              <w:jc w:val="center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b/>
                <w:color w:val="FFFFFF"/>
                <w:sz w:val="20"/>
                <w:szCs w:val="20"/>
                <w:lang w:val="cs-CZ"/>
              </w:rPr>
              <w:t>Kontrolní bod</w:t>
            </w:r>
          </w:p>
        </w:tc>
        <w:tc>
          <w:tcPr>
            <w:tcW w:w="963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C86F13B" w14:textId="77777777" w:rsidR="00AD396F" w:rsidRPr="006B0AAC" w:rsidRDefault="00000000" w:rsidP="00390513">
            <w:pPr>
              <w:spacing w:after="0"/>
              <w:jc w:val="center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b/>
                <w:color w:val="FFFFFF"/>
                <w:sz w:val="20"/>
                <w:szCs w:val="20"/>
                <w:lang w:val="cs-CZ"/>
              </w:rPr>
              <w:t>ANO</w:t>
            </w:r>
          </w:p>
        </w:tc>
        <w:tc>
          <w:tcPr>
            <w:tcW w:w="1077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FE14F35" w14:textId="77777777" w:rsidR="00AD396F" w:rsidRPr="006B0AAC" w:rsidRDefault="00000000" w:rsidP="00390513">
            <w:pPr>
              <w:spacing w:after="0"/>
              <w:jc w:val="center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b/>
                <w:color w:val="FFFFFF"/>
                <w:sz w:val="20"/>
                <w:szCs w:val="20"/>
                <w:lang w:val="cs-CZ"/>
              </w:rPr>
              <w:t>NE / N/R</w:t>
            </w:r>
          </w:p>
        </w:tc>
      </w:tr>
      <w:tr w:rsidR="00AD396F" w:rsidRPr="006B0AAC" w14:paraId="6E7ED467" w14:textId="77777777">
        <w:trPr>
          <w:cantSplit/>
          <w:jc w:val="center"/>
        </w:trPr>
        <w:tc>
          <w:tcPr>
            <w:tcW w:w="7597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70B9B1F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sz w:val="20"/>
                <w:szCs w:val="20"/>
                <w:lang w:val="cs-CZ"/>
              </w:rPr>
              <w:t>Projekt je dokončen, funkční a provozuschopný.</w:t>
            </w:r>
          </w:p>
        </w:tc>
        <w:tc>
          <w:tcPr>
            <w:tcW w:w="963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sz w:val="20"/>
                <w:szCs w:val="20"/>
                <w:lang w:val="cs-CZ"/>
              </w:rPr>
              <w:alias w:val="Zaškrtávací políčko"/>
              <w:tag w:val="converted_static_checkbox_1790331360087"/>
              <w:id w:val="-1519542707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34AF0CC" w14:textId="2F3F2403" w:rsidR="00AD396F" w:rsidRPr="006B0AAC" w:rsidRDefault="00E42C3E" w:rsidP="00390513">
                <w:pPr>
                  <w:spacing w:after="0"/>
                  <w:jc w:val="center"/>
                  <w:rPr>
                    <w:rFonts w:ascii="Segoe UI" w:hAnsi="Segoe UI" w:cs="Segoe UI"/>
                    <w:sz w:val="20"/>
                    <w:szCs w:val="20"/>
                    <w:lang w:val="cs-CZ"/>
                  </w:rPr>
                </w:pPr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cs-CZ"/>
                  </w:rPr>
                  <w:t>☐</w:t>
                </w:r>
              </w:p>
            </w:sdtContent>
          </w:sdt>
        </w:tc>
        <w:tc>
          <w:tcPr>
            <w:tcW w:w="1077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sz w:val="20"/>
                <w:szCs w:val="20"/>
                <w:lang w:val="cs-CZ"/>
              </w:rPr>
              <w:alias w:val="Zaškrtávací políčko"/>
              <w:tag w:val="converted_static_checkbox_1790331360087"/>
              <w:id w:val="865174188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D047164" w14:textId="16CE90ED" w:rsidR="00AD396F" w:rsidRPr="006B0AAC" w:rsidRDefault="006B0AAC" w:rsidP="00390513">
                <w:pPr>
                  <w:spacing w:after="0"/>
                  <w:jc w:val="center"/>
                  <w:rPr>
                    <w:rFonts w:ascii="Segoe UI" w:hAnsi="Segoe UI" w:cs="Segoe UI"/>
                    <w:sz w:val="20"/>
                    <w:szCs w:val="20"/>
                    <w:lang w:val="cs-CZ"/>
                  </w:rPr>
                </w:pPr>
                <w:r w:rsidRPr="006B0AAC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cs-CZ"/>
                  </w:rPr>
                  <w:t>☐</w:t>
                </w:r>
              </w:p>
            </w:sdtContent>
          </w:sdt>
        </w:tc>
      </w:tr>
      <w:tr w:rsidR="00AD396F" w:rsidRPr="006B0AAC" w14:paraId="3AB2C001" w14:textId="77777777">
        <w:trPr>
          <w:cantSplit/>
          <w:jc w:val="center"/>
        </w:trPr>
        <w:tc>
          <w:tcPr>
            <w:tcW w:w="7597" w:type="dxa"/>
            <w:shd w:val="clear" w:color="auto" w:fill="F7F9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2A773C6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sz w:val="20"/>
                <w:szCs w:val="20"/>
                <w:lang w:val="cs-CZ"/>
              </w:rPr>
              <w:t>Závazné technické parametry projektu byly splněny.</w:t>
            </w:r>
          </w:p>
        </w:tc>
        <w:tc>
          <w:tcPr>
            <w:tcW w:w="963" w:type="dxa"/>
            <w:shd w:val="clear" w:color="auto" w:fill="F7F9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sz w:val="20"/>
                <w:szCs w:val="20"/>
                <w:lang w:val="cs-CZ"/>
              </w:rPr>
              <w:alias w:val="Zaškrtávací políčko"/>
              <w:tag w:val="converted_static_checkbox_1790331360087"/>
              <w:id w:val="-1011226718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D112C40" w14:textId="3D02D7A4" w:rsidR="00AD396F" w:rsidRPr="006B0AAC" w:rsidRDefault="006B0AAC" w:rsidP="00390513">
                <w:pPr>
                  <w:spacing w:after="0"/>
                  <w:jc w:val="center"/>
                  <w:rPr>
                    <w:rFonts w:ascii="Segoe UI" w:hAnsi="Segoe UI" w:cs="Segoe UI"/>
                    <w:sz w:val="20"/>
                    <w:szCs w:val="20"/>
                    <w:lang w:val="cs-CZ"/>
                  </w:rPr>
                </w:pPr>
                <w:r w:rsidRPr="006B0AAC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cs-CZ"/>
                  </w:rPr>
                  <w:t>☐</w:t>
                </w:r>
              </w:p>
            </w:sdtContent>
          </w:sdt>
        </w:tc>
        <w:tc>
          <w:tcPr>
            <w:tcW w:w="1077" w:type="dxa"/>
            <w:shd w:val="clear" w:color="auto" w:fill="F7F9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sz w:val="20"/>
                <w:szCs w:val="20"/>
                <w:lang w:val="cs-CZ"/>
              </w:rPr>
              <w:alias w:val="Zaškrtávací políčko"/>
              <w:tag w:val="converted_static_checkbox_1790331360087"/>
              <w:id w:val="1217863216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6DB6B5D" w14:textId="76777A6D" w:rsidR="00AD396F" w:rsidRPr="006B0AAC" w:rsidRDefault="006B0AAC" w:rsidP="00390513">
                <w:pPr>
                  <w:spacing w:after="0"/>
                  <w:jc w:val="center"/>
                  <w:rPr>
                    <w:rFonts w:ascii="Segoe UI" w:hAnsi="Segoe UI" w:cs="Segoe UI"/>
                    <w:sz w:val="20"/>
                    <w:szCs w:val="20"/>
                    <w:lang w:val="cs-CZ"/>
                  </w:rPr>
                </w:pPr>
                <w:r w:rsidRPr="006B0AAC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cs-CZ"/>
                  </w:rPr>
                  <w:t>☐</w:t>
                </w:r>
              </w:p>
            </w:sdtContent>
          </w:sdt>
        </w:tc>
      </w:tr>
      <w:tr w:rsidR="00AD396F" w:rsidRPr="006B0AAC" w14:paraId="6611B451" w14:textId="77777777">
        <w:trPr>
          <w:cantSplit/>
          <w:jc w:val="center"/>
        </w:trPr>
        <w:tc>
          <w:tcPr>
            <w:tcW w:w="7597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67CAB72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sz w:val="20"/>
                <w:szCs w:val="20"/>
                <w:lang w:val="cs-CZ"/>
              </w:rPr>
              <w:t>Případné změny nemají negativní dopad na účel, funkčnost ani přijatelnost projektu.</w:t>
            </w:r>
          </w:p>
        </w:tc>
        <w:tc>
          <w:tcPr>
            <w:tcW w:w="963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sz w:val="20"/>
                <w:szCs w:val="20"/>
                <w:lang w:val="cs-CZ"/>
              </w:rPr>
              <w:alias w:val="Zaškrtávací políčko"/>
              <w:tag w:val="converted_static_checkbox_1790331360087"/>
              <w:id w:val="-1425644630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7CA2063" w14:textId="475422E5" w:rsidR="00AD396F" w:rsidRPr="006B0AAC" w:rsidRDefault="006B0AAC" w:rsidP="00390513">
                <w:pPr>
                  <w:spacing w:after="0"/>
                  <w:jc w:val="center"/>
                  <w:rPr>
                    <w:rFonts w:ascii="Segoe UI" w:hAnsi="Segoe UI" w:cs="Segoe UI"/>
                    <w:sz w:val="20"/>
                    <w:szCs w:val="20"/>
                    <w:lang w:val="cs-CZ"/>
                  </w:rPr>
                </w:pPr>
                <w:r w:rsidRPr="006B0AAC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cs-CZ"/>
                  </w:rPr>
                  <w:t>☐</w:t>
                </w:r>
              </w:p>
            </w:sdtContent>
          </w:sdt>
        </w:tc>
        <w:tc>
          <w:tcPr>
            <w:tcW w:w="1077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sz w:val="20"/>
                <w:szCs w:val="20"/>
                <w:lang w:val="cs-CZ"/>
              </w:rPr>
              <w:alias w:val="Zaškrtávací políčko"/>
              <w:tag w:val="converted_static_checkbox_1790331360087"/>
              <w:id w:val="867414898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0494611" w14:textId="63CE2EDF" w:rsidR="00AD396F" w:rsidRPr="006B0AAC" w:rsidRDefault="006B0AAC" w:rsidP="00390513">
                <w:pPr>
                  <w:spacing w:after="0"/>
                  <w:jc w:val="center"/>
                  <w:rPr>
                    <w:rFonts w:ascii="Segoe UI" w:hAnsi="Segoe UI" w:cs="Segoe UI"/>
                    <w:sz w:val="20"/>
                    <w:szCs w:val="20"/>
                    <w:lang w:val="cs-CZ"/>
                  </w:rPr>
                </w:pPr>
                <w:r w:rsidRPr="006B0AAC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cs-CZ"/>
                  </w:rPr>
                  <w:t>☐</w:t>
                </w:r>
              </w:p>
            </w:sdtContent>
          </w:sdt>
        </w:tc>
      </w:tr>
      <w:tr w:rsidR="00AD396F" w:rsidRPr="006B0AAC" w14:paraId="0FEC24E2" w14:textId="77777777">
        <w:trPr>
          <w:cantSplit/>
          <w:jc w:val="center"/>
        </w:trPr>
        <w:tc>
          <w:tcPr>
            <w:tcW w:w="7597" w:type="dxa"/>
            <w:shd w:val="clear" w:color="auto" w:fill="F7F9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03F85D4" w14:textId="77777777" w:rsidR="00AD396F" w:rsidRPr="006B0AAC" w:rsidRDefault="00000000" w:rsidP="00390513">
            <w:pPr>
              <w:spacing w:after="0"/>
              <w:contextualSpacing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sz w:val="20"/>
                <w:szCs w:val="20"/>
                <w:lang w:val="cs-CZ"/>
              </w:rPr>
              <w:t>Předložené doklady jsou dostatečné k ověření skutečného provedení a technických parametrů.</w:t>
            </w:r>
          </w:p>
        </w:tc>
        <w:tc>
          <w:tcPr>
            <w:tcW w:w="963" w:type="dxa"/>
            <w:shd w:val="clear" w:color="auto" w:fill="F7F9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sz w:val="20"/>
                <w:szCs w:val="20"/>
                <w:lang w:val="cs-CZ"/>
              </w:rPr>
              <w:alias w:val="Zaškrtávací políčko"/>
              <w:tag w:val="converted_static_checkbox_1790331360087"/>
              <w:id w:val="-938832922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FFE0044" w14:textId="63741140" w:rsidR="00AD396F" w:rsidRPr="006B0AAC" w:rsidRDefault="006B0AAC" w:rsidP="00390513">
                <w:pPr>
                  <w:spacing w:after="0"/>
                  <w:contextualSpacing/>
                  <w:jc w:val="center"/>
                  <w:rPr>
                    <w:rFonts w:ascii="Segoe UI" w:hAnsi="Segoe UI" w:cs="Segoe UI"/>
                    <w:sz w:val="20"/>
                    <w:szCs w:val="20"/>
                    <w:lang w:val="cs-CZ"/>
                  </w:rPr>
                </w:pPr>
                <w:r w:rsidRPr="006B0AAC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cs-CZ"/>
                  </w:rPr>
                  <w:t>☐</w:t>
                </w:r>
              </w:p>
            </w:sdtContent>
          </w:sdt>
        </w:tc>
        <w:tc>
          <w:tcPr>
            <w:tcW w:w="1077" w:type="dxa"/>
            <w:shd w:val="clear" w:color="auto" w:fill="F7F9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sz w:val="20"/>
                <w:szCs w:val="20"/>
                <w:lang w:val="cs-CZ"/>
              </w:rPr>
              <w:alias w:val="Zaškrtávací políčko"/>
              <w:tag w:val="converted_static_checkbox_1790331360087"/>
              <w:id w:val="1422148532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E5CF9E9" w14:textId="02D1F663" w:rsidR="00AD396F" w:rsidRPr="006B0AAC" w:rsidRDefault="006B0AAC" w:rsidP="00390513">
                <w:pPr>
                  <w:spacing w:after="0"/>
                  <w:contextualSpacing/>
                  <w:jc w:val="center"/>
                  <w:rPr>
                    <w:rFonts w:ascii="Segoe UI" w:hAnsi="Segoe UI" w:cs="Segoe UI"/>
                    <w:sz w:val="20"/>
                    <w:szCs w:val="20"/>
                    <w:lang w:val="cs-CZ"/>
                  </w:rPr>
                </w:pPr>
                <w:r w:rsidRPr="006B0AAC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cs-CZ"/>
                  </w:rPr>
                  <w:t>☐</w:t>
                </w:r>
              </w:p>
            </w:sdtContent>
          </w:sdt>
        </w:tc>
      </w:tr>
    </w:tbl>
    <w:p w14:paraId="3F7D4F59" w14:textId="77777777" w:rsidR="00390513" w:rsidRDefault="00390513" w:rsidP="00390513">
      <w:pPr>
        <w:keepNext/>
        <w:spacing w:after="0"/>
        <w:contextualSpacing/>
        <w:rPr>
          <w:rFonts w:ascii="Segoe UI" w:hAnsi="Segoe UI" w:cs="Segoe UI"/>
          <w:b/>
          <w:color w:val="17365D"/>
          <w:sz w:val="20"/>
          <w:szCs w:val="20"/>
          <w:lang w:val="cs-CZ"/>
        </w:rPr>
      </w:pPr>
    </w:p>
    <w:p w14:paraId="3CA953F9" w14:textId="77777777" w:rsidR="00390513" w:rsidRDefault="00390513" w:rsidP="00390513">
      <w:pPr>
        <w:keepNext/>
        <w:spacing w:after="0"/>
        <w:contextualSpacing/>
        <w:rPr>
          <w:rFonts w:ascii="Segoe UI" w:hAnsi="Segoe UI" w:cs="Segoe UI"/>
          <w:b/>
          <w:color w:val="17365D"/>
          <w:sz w:val="20"/>
          <w:szCs w:val="20"/>
          <w:lang w:val="cs-CZ"/>
        </w:rPr>
      </w:pPr>
    </w:p>
    <w:p w14:paraId="1BC01ED3" w14:textId="77777777" w:rsidR="00E42C3E" w:rsidRDefault="00E42C3E" w:rsidP="00E42C3E">
      <w:pPr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 w:type="page"/>
      </w:r>
    </w:p>
    <w:p w14:paraId="714F9F48" w14:textId="31681155" w:rsidR="00AD396F" w:rsidRPr="00E42C3E" w:rsidRDefault="00000000" w:rsidP="00390513">
      <w:pPr>
        <w:pStyle w:val="Odstavecseseznamem"/>
        <w:keepNext/>
        <w:numPr>
          <w:ilvl w:val="0"/>
          <w:numId w:val="10"/>
        </w:numPr>
        <w:spacing w:after="0"/>
        <w:rPr>
          <w:rFonts w:ascii="Segoe UI" w:hAnsi="Segoe UI" w:cs="Segoe UI"/>
          <w:b/>
          <w:color w:val="17365D"/>
          <w:sz w:val="20"/>
          <w:szCs w:val="20"/>
          <w:u w:val="single"/>
          <w:lang w:val="cs-CZ"/>
        </w:rPr>
      </w:pPr>
      <w:r w:rsidRPr="00E42C3E">
        <w:rPr>
          <w:rFonts w:ascii="Segoe UI" w:hAnsi="Segoe UI" w:cs="Segoe UI"/>
          <w:b/>
          <w:color w:val="17365D"/>
          <w:sz w:val="20"/>
          <w:szCs w:val="20"/>
          <w:u w:val="single"/>
          <w:lang w:val="cs-CZ"/>
        </w:rPr>
        <w:lastRenderedPageBreak/>
        <w:t>Závěrečné stanovisko</w:t>
      </w:r>
    </w:p>
    <w:p w14:paraId="4592F259" w14:textId="77777777" w:rsidR="00390513" w:rsidRDefault="00390513" w:rsidP="00390513">
      <w:pPr>
        <w:pStyle w:val="Odstavecseseznamem"/>
        <w:keepNext/>
        <w:spacing w:after="0"/>
        <w:rPr>
          <w:rFonts w:ascii="Segoe UI" w:hAnsi="Segoe UI" w:cs="Segoe UI"/>
          <w:sz w:val="20"/>
          <w:szCs w:val="20"/>
          <w:lang w:val="cs-CZ"/>
        </w:rPr>
      </w:pPr>
    </w:p>
    <w:tbl>
      <w:tblPr>
        <w:tblW w:w="10822" w:type="dxa"/>
        <w:tblLook w:val="04A0" w:firstRow="1" w:lastRow="0" w:firstColumn="1" w:lastColumn="0" w:noHBand="0" w:noVBand="1"/>
      </w:tblPr>
      <w:tblGrid>
        <w:gridCol w:w="10822"/>
      </w:tblGrid>
      <w:tr w:rsidR="00AD396F" w:rsidRPr="006B0AAC" w14:paraId="58ED1369" w14:textId="77777777" w:rsidTr="00390513">
        <w:tc>
          <w:tcPr>
            <w:tcW w:w="10822" w:type="dxa"/>
            <w:shd w:val="clear" w:color="auto" w:fill="FFFFFF" w:themeFill="background1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1881130" w14:textId="77777777" w:rsidR="00AD396F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sz w:val="20"/>
                <w:szCs w:val="20"/>
                <w:lang w:val="cs-CZ"/>
              </w:rPr>
              <w:t>Označte právě jednu variantu. U varianty B nebo C vždy konkrétně uveďte výhrady, nedostatky nebo chybějící doklady.</w:t>
            </w:r>
            <w:r w:rsidR="00390513">
              <w:rPr>
                <w:rFonts w:ascii="Segoe UI" w:hAnsi="Segoe UI" w:cs="Segoe UI"/>
                <w:sz w:val="20"/>
                <w:szCs w:val="20"/>
                <w:lang w:val="cs-CZ"/>
              </w:rPr>
              <w:t xml:space="preserve"> </w:t>
            </w:r>
          </w:p>
          <w:p w14:paraId="169E7B4E" w14:textId="66CA0546" w:rsidR="00390513" w:rsidRPr="006B0AAC" w:rsidRDefault="00390513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</w:p>
        </w:tc>
      </w:tr>
      <w:tr w:rsidR="00AD396F" w:rsidRPr="006B0AAC" w14:paraId="3A3F3150" w14:textId="77777777" w:rsidTr="00390513">
        <w:tc>
          <w:tcPr>
            <w:tcW w:w="10822" w:type="dxa"/>
            <w:shd w:val="clear" w:color="auto" w:fill="007C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A0E8634" w14:textId="258EEC08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sdt>
              <w:sdtPr>
                <w:rPr>
                  <w:rFonts w:ascii="Segoe UI Symbol" w:hAnsi="Segoe UI Symbol" w:cs="Segoe UI Symbol"/>
                  <w:b/>
                  <w:color w:val="FFFFFF"/>
                  <w:sz w:val="20"/>
                  <w:szCs w:val="20"/>
                  <w:lang w:val="cs-CZ"/>
                </w:rPr>
                <w:alias w:val="Zaškrtávací políčko"/>
                <w:tag w:val="converted_static_checkbox_1790331360087"/>
                <w:id w:val="-70933919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0513">
                  <w:rPr>
                    <w:rFonts w:ascii="MS Gothic" w:eastAsia="MS Gothic" w:hAnsi="MS Gothic" w:cs="Segoe UI Symbol" w:hint="eastAsia"/>
                    <w:b/>
                    <w:color w:val="FFFFFF"/>
                    <w:sz w:val="20"/>
                    <w:szCs w:val="20"/>
                    <w:lang w:val="cs-CZ"/>
                  </w:rPr>
                  <w:t>☐</w:t>
                </w:r>
              </w:sdtContent>
            </w:sdt>
            <w:r w:rsidR="006B0AAC" w:rsidRPr="006B0AAC">
              <w:rPr>
                <w:rFonts w:ascii="Segoe UI" w:hAnsi="Segoe UI" w:cs="Segoe UI"/>
                <w:b/>
                <w:color w:val="FFFFFF"/>
                <w:sz w:val="20"/>
                <w:szCs w:val="20"/>
                <w:lang w:val="cs-CZ"/>
              </w:rPr>
              <w:t xml:space="preserve"> A • BEZ VÝHRAD</w:t>
            </w:r>
          </w:p>
        </w:tc>
      </w:tr>
      <w:tr w:rsidR="00AD396F" w:rsidRPr="006B0AAC" w14:paraId="13791577" w14:textId="77777777" w:rsidTr="00390513">
        <w:trPr>
          <w:trHeight w:val="989"/>
        </w:trPr>
        <w:tc>
          <w:tcPr>
            <w:tcW w:w="1082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E9324C6" w14:textId="4F13E902" w:rsidR="00AD396F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sz w:val="20"/>
                <w:szCs w:val="20"/>
                <w:lang w:val="cs-CZ"/>
              </w:rPr>
              <w:t>Projekt byl realizován v souladu se schválenou projektovou dokumentací a jeho skutečné provedení odpovídá účelu projektu. Realizovaná opatření jsou dokončena, funkční a provozuschopná. Závazné technické parametry projektu a technické požadavky výzvy č. 5/2025 byly splněny.</w:t>
            </w:r>
            <w:r w:rsidR="00464C12">
              <w:rPr>
                <w:rFonts w:ascii="Segoe UI" w:hAnsi="Segoe UI" w:cs="Segoe UI"/>
                <w:sz w:val="20"/>
                <w:szCs w:val="20"/>
                <w:lang w:val="cs-CZ"/>
              </w:rPr>
              <w:t xml:space="preserve"> </w:t>
            </w:r>
          </w:p>
          <w:p w14:paraId="1A44B76B" w14:textId="77777777" w:rsidR="00464C12" w:rsidRDefault="00464C12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</w:p>
          <w:p w14:paraId="25539B49" w14:textId="385C71A9" w:rsidR="00464C12" w:rsidRPr="006B0AAC" w:rsidRDefault="00464C12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</w:p>
        </w:tc>
      </w:tr>
      <w:tr w:rsidR="00AD396F" w:rsidRPr="006B0AAC" w14:paraId="5EAE4FDA" w14:textId="77777777" w:rsidTr="00390513">
        <w:tc>
          <w:tcPr>
            <w:tcW w:w="10822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8F8DFCB" w14:textId="203CDC9F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sdt>
              <w:sdtPr>
                <w:rPr>
                  <w:rFonts w:ascii="Segoe UI Symbol" w:hAnsi="Segoe UI Symbol" w:cs="Segoe UI Symbol"/>
                  <w:b/>
                  <w:color w:val="FFFFFF"/>
                  <w:sz w:val="20"/>
                  <w:szCs w:val="20"/>
                  <w:lang w:val="cs-CZ"/>
                </w:rPr>
                <w:alias w:val="Zaškrtávací políčko"/>
                <w:tag w:val="converted_static_checkbox_1790331360087"/>
                <w:id w:val="39655719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0AAC" w:rsidRPr="006B0AAC">
                  <w:rPr>
                    <w:rFonts w:ascii="MS Gothic" w:eastAsia="MS Gothic" w:hAnsi="MS Gothic" w:cs="Segoe UI Symbol" w:hint="eastAsia"/>
                    <w:b/>
                    <w:color w:val="FFFFFF"/>
                    <w:sz w:val="20"/>
                    <w:szCs w:val="20"/>
                    <w:lang w:val="cs-CZ"/>
                  </w:rPr>
                  <w:t>☐</w:t>
                </w:r>
              </w:sdtContent>
            </w:sdt>
            <w:r w:rsidR="006B0AAC" w:rsidRPr="006B0AAC">
              <w:rPr>
                <w:rFonts w:ascii="Segoe UI" w:hAnsi="Segoe UI" w:cs="Segoe UI"/>
                <w:b/>
                <w:color w:val="FFFFFF"/>
                <w:sz w:val="20"/>
                <w:szCs w:val="20"/>
                <w:lang w:val="cs-CZ"/>
              </w:rPr>
              <w:t xml:space="preserve"> B • S VÝHRADOU</w:t>
            </w:r>
          </w:p>
        </w:tc>
      </w:tr>
      <w:tr w:rsidR="00AD396F" w:rsidRPr="006B0AAC" w14:paraId="36DA680B" w14:textId="77777777" w:rsidTr="00390513">
        <w:tc>
          <w:tcPr>
            <w:tcW w:w="1082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03A479E" w14:textId="0CCD8DF1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sz w:val="20"/>
                <w:szCs w:val="20"/>
                <w:lang w:val="cs-CZ"/>
              </w:rPr>
              <w:t>Projekt byl realizován v zásadním souladu se schválenou projektovou dokumentací. Zjištěné odchylky nemají negativní vliv na účel, funkčnost ani splnění závazných technických parametrů. Výhrady jsou uvedeny níže.</w:t>
            </w:r>
          </w:p>
        </w:tc>
      </w:tr>
    </w:tbl>
    <w:p w14:paraId="73D63A32" w14:textId="77777777" w:rsidR="00AD396F" w:rsidRPr="006B0AAC" w:rsidRDefault="00AD396F" w:rsidP="00390513">
      <w:pPr>
        <w:spacing w:after="0"/>
        <w:rPr>
          <w:rFonts w:ascii="Segoe UI" w:hAnsi="Segoe UI" w:cs="Segoe UI"/>
          <w:sz w:val="20"/>
          <w:szCs w:val="20"/>
          <w:lang w:val="cs-C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822"/>
      </w:tblGrid>
      <w:tr w:rsidR="00AD396F" w:rsidRPr="006B0AAC" w14:paraId="5CB6A9CC" w14:textId="77777777">
        <w:tc>
          <w:tcPr>
            <w:tcW w:w="10822" w:type="dxa"/>
            <w:shd w:val="clear" w:color="auto" w:fill="A61B1B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C8385F3" w14:textId="1A96D96B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sdt>
              <w:sdtPr>
                <w:rPr>
                  <w:rFonts w:ascii="Segoe UI Symbol" w:hAnsi="Segoe UI Symbol" w:cs="Segoe UI Symbol"/>
                  <w:b/>
                  <w:color w:val="FFFFFF"/>
                  <w:sz w:val="20"/>
                  <w:szCs w:val="20"/>
                  <w:lang w:val="cs-CZ"/>
                </w:rPr>
                <w:alias w:val="Zaškrtávací políčko"/>
                <w:tag w:val="converted_static_checkbox_1790331360087"/>
                <w:id w:val="-184145990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0AAC" w:rsidRPr="006B0AAC">
                  <w:rPr>
                    <w:rFonts w:ascii="MS Gothic" w:eastAsia="MS Gothic" w:hAnsi="MS Gothic" w:cs="Segoe UI Symbol" w:hint="eastAsia"/>
                    <w:b/>
                    <w:color w:val="FFFFFF"/>
                    <w:sz w:val="20"/>
                    <w:szCs w:val="20"/>
                    <w:lang w:val="cs-CZ"/>
                  </w:rPr>
                  <w:t>☐</w:t>
                </w:r>
              </w:sdtContent>
            </w:sdt>
            <w:r w:rsidR="006B0AAC" w:rsidRPr="006B0AAC">
              <w:rPr>
                <w:rFonts w:ascii="Segoe UI" w:hAnsi="Segoe UI" w:cs="Segoe UI"/>
                <w:b/>
                <w:color w:val="FFFFFF"/>
                <w:sz w:val="20"/>
                <w:szCs w:val="20"/>
                <w:lang w:val="cs-CZ"/>
              </w:rPr>
              <w:t xml:space="preserve"> C • NELZE POTVRDIT SPLNĚNÍ</w:t>
            </w:r>
          </w:p>
        </w:tc>
      </w:tr>
      <w:tr w:rsidR="00AD396F" w:rsidRPr="006B0AAC" w14:paraId="2895D120" w14:textId="77777777">
        <w:tc>
          <w:tcPr>
            <w:tcW w:w="1082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69CCDF3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sz w:val="20"/>
                <w:szCs w:val="20"/>
                <w:lang w:val="cs-CZ"/>
              </w:rPr>
              <w:t>Nelze potvrdit úplný soulad skutečného provedení se schválenou projektovou dokumentací nebo splnění všech závazných technických parametrů. Zjištěné nedostatky jsou uvedeny níže.</w:t>
            </w:r>
          </w:p>
        </w:tc>
      </w:tr>
    </w:tbl>
    <w:p w14:paraId="1684770B" w14:textId="77777777" w:rsidR="00AD396F" w:rsidRPr="006B0AAC" w:rsidRDefault="00AD396F" w:rsidP="00390513">
      <w:pPr>
        <w:spacing w:after="0"/>
        <w:rPr>
          <w:rFonts w:ascii="Segoe UI" w:hAnsi="Segoe UI" w:cs="Segoe UI"/>
          <w:sz w:val="20"/>
          <w:szCs w:val="20"/>
          <w:lang w:val="cs-CZ"/>
        </w:rPr>
      </w:pPr>
    </w:p>
    <w:p w14:paraId="5A8DCC7C" w14:textId="77777777" w:rsidR="009751B3" w:rsidRDefault="009751B3" w:rsidP="00E42C3E">
      <w:pPr>
        <w:rPr>
          <w:rFonts w:ascii="Arial" w:hAnsi="Arial" w:cs="Arial"/>
          <w:sz w:val="2"/>
          <w:szCs w:val="2"/>
        </w:rPr>
      </w:pPr>
    </w:p>
    <w:p w14:paraId="7C3D18F5" w14:textId="0C274BA6" w:rsidR="00E42C3E" w:rsidRDefault="00E42C3E" w:rsidP="00E42C3E">
      <w:pPr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 w:type="page"/>
      </w:r>
    </w:p>
    <w:p w14:paraId="72D7A03C" w14:textId="500CA2DD" w:rsidR="00AD396F" w:rsidRPr="00E42C3E" w:rsidRDefault="00000000" w:rsidP="00390513">
      <w:pPr>
        <w:pStyle w:val="Odstavecseseznamem"/>
        <w:keepNext/>
        <w:numPr>
          <w:ilvl w:val="0"/>
          <w:numId w:val="10"/>
        </w:numPr>
        <w:spacing w:after="0"/>
        <w:rPr>
          <w:rFonts w:ascii="Segoe UI" w:hAnsi="Segoe UI" w:cs="Segoe UI"/>
          <w:b/>
          <w:color w:val="17365D"/>
          <w:sz w:val="20"/>
          <w:szCs w:val="20"/>
          <w:u w:val="single"/>
          <w:lang w:val="cs-CZ"/>
        </w:rPr>
      </w:pPr>
      <w:r w:rsidRPr="00E42C3E">
        <w:rPr>
          <w:rFonts w:ascii="Segoe UI" w:hAnsi="Segoe UI" w:cs="Segoe UI"/>
          <w:b/>
          <w:color w:val="17365D"/>
          <w:sz w:val="20"/>
          <w:szCs w:val="20"/>
          <w:u w:val="single"/>
          <w:lang w:val="cs-CZ"/>
        </w:rPr>
        <w:lastRenderedPageBreak/>
        <w:t>Výhrady, nedostatky a nápravná opatření</w:t>
      </w:r>
    </w:p>
    <w:p w14:paraId="164649B0" w14:textId="77777777" w:rsidR="00390513" w:rsidRPr="00390513" w:rsidRDefault="00390513" w:rsidP="00390513">
      <w:pPr>
        <w:pStyle w:val="Odstavecseseznamem"/>
        <w:keepNext/>
        <w:spacing w:after="0"/>
        <w:rPr>
          <w:rFonts w:ascii="Segoe UI" w:hAnsi="Segoe UI" w:cs="Segoe UI"/>
          <w:sz w:val="20"/>
          <w:szCs w:val="20"/>
          <w:lang w:val="cs-CZ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82"/>
        <w:gridCol w:w="3402"/>
        <w:gridCol w:w="2154"/>
      </w:tblGrid>
      <w:tr w:rsidR="00AD396F" w:rsidRPr="006B0AAC" w14:paraId="419BB375" w14:textId="77777777">
        <w:trPr>
          <w:jc w:val="center"/>
        </w:trPr>
        <w:tc>
          <w:tcPr>
            <w:tcW w:w="4082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52B0353" w14:textId="77777777" w:rsidR="00AD396F" w:rsidRPr="006B0AAC" w:rsidRDefault="00000000" w:rsidP="00390513">
            <w:pPr>
              <w:spacing w:after="0"/>
              <w:jc w:val="center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b/>
                <w:color w:val="FFFFFF"/>
                <w:sz w:val="20"/>
                <w:szCs w:val="20"/>
                <w:lang w:val="cs-CZ"/>
              </w:rPr>
              <w:t>Zjištění / výhrada</w:t>
            </w:r>
          </w:p>
        </w:tc>
        <w:tc>
          <w:tcPr>
            <w:tcW w:w="3402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E2B65C9" w14:textId="77777777" w:rsidR="00AD396F" w:rsidRPr="006B0AAC" w:rsidRDefault="00000000" w:rsidP="00390513">
            <w:pPr>
              <w:spacing w:after="0"/>
              <w:jc w:val="center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b/>
                <w:color w:val="FFFFFF"/>
                <w:sz w:val="20"/>
                <w:szCs w:val="20"/>
                <w:lang w:val="cs-CZ"/>
              </w:rPr>
              <w:t>Nápravné opatření nebo doklad</w:t>
            </w:r>
          </w:p>
        </w:tc>
        <w:tc>
          <w:tcPr>
            <w:tcW w:w="2154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1ECB9AC" w14:textId="77777777" w:rsidR="00AD396F" w:rsidRPr="006B0AAC" w:rsidRDefault="00000000" w:rsidP="00390513">
            <w:pPr>
              <w:spacing w:after="0"/>
              <w:jc w:val="center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b/>
                <w:color w:val="FFFFFF"/>
                <w:sz w:val="20"/>
                <w:szCs w:val="20"/>
                <w:lang w:val="cs-CZ"/>
              </w:rPr>
              <w:t>Termín / stav</w:t>
            </w:r>
          </w:p>
        </w:tc>
      </w:tr>
      <w:tr w:rsidR="00AD396F" w:rsidRPr="006B0AAC" w14:paraId="4B4599AC" w14:textId="77777777">
        <w:trPr>
          <w:cantSplit/>
          <w:jc w:val="center"/>
        </w:trPr>
        <w:tc>
          <w:tcPr>
            <w:tcW w:w="408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D405D48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sz w:val="20"/>
                <w:szCs w:val="20"/>
                <w:lang w:val="cs-CZ"/>
              </w:rPr>
              <w:br/>
            </w:r>
          </w:p>
        </w:tc>
        <w:tc>
          <w:tcPr>
            <w:tcW w:w="340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9475B75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sz w:val="20"/>
                <w:szCs w:val="20"/>
                <w:lang w:val="cs-CZ"/>
              </w:rPr>
              <w:br/>
            </w:r>
          </w:p>
        </w:tc>
        <w:tc>
          <w:tcPr>
            <w:tcW w:w="2154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18CA292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sz w:val="20"/>
                <w:szCs w:val="20"/>
                <w:lang w:val="cs-CZ"/>
              </w:rPr>
              <w:br/>
            </w:r>
          </w:p>
        </w:tc>
      </w:tr>
      <w:tr w:rsidR="00AD396F" w:rsidRPr="006B0AAC" w14:paraId="5FDF3901" w14:textId="77777777">
        <w:trPr>
          <w:cantSplit/>
          <w:jc w:val="center"/>
        </w:trPr>
        <w:tc>
          <w:tcPr>
            <w:tcW w:w="4082" w:type="dxa"/>
            <w:shd w:val="clear" w:color="auto" w:fill="F7F9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8254522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sz w:val="20"/>
                <w:szCs w:val="20"/>
                <w:lang w:val="cs-CZ"/>
              </w:rPr>
              <w:br/>
            </w:r>
          </w:p>
        </w:tc>
        <w:tc>
          <w:tcPr>
            <w:tcW w:w="3402" w:type="dxa"/>
            <w:shd w:val="clear" w:color="auto" w:fill="F7F9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8DA0789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sz w:val="20"/>
                <w:szCs w:val="20"/>
                <w:lang w:val="cs-CZ"/>
              </w:rPr>
              <w:br/>
            </w:r>
          </w:p>
        </w:tc>
        <w:tc>
          <w:tcPr>
            <w:tcW w:w="2154" w:type="dxa"/>
            <w:shd w:val="clear" w:color="auto" w:fill="F7F9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F5FF8F9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sz w:val="20"/>
                <w:szCs w:val="20"/>
                <w:lang w:val="cs-CZ"/>
              </w:rPr>
              <w:br/>
            </w:r>
          </w:p>
        </w:tc>
      </w:tr>
      <w:tr w:rsidR="00AD396F" w:rsidRPr="006B0AAC" w14:paraId="12DDB0FE" w14:textId="77777777">
        <w:trPr>
          <w:cantSplit/>
          <w:jc w:val="center"/>
        </w:trPr>
        <w:tc>
          <w:tcPr>
            <w:tcW w:w="408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19ABF52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sz w:val="20"/>
                <w:szCs w:val="20"/>
                <w:lang w:val="cs-CZ"/>
              </w:rPr>
              <w:br/>
            </w:r>
          </w:p>
        </w:tc>
        <w:tc>
          <w:tcPr>
            <w:tcW w:w="340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8AA6C1A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sz w:val="20"/>
                <w:szCs w:val="20"/>
                <w:lang w:val="cs-CZ"/>
              </w:rPr>
              <w:br/>
            </w:r>
          </w:p>
        </w:tc>
        <w:tc>
          <w:tcPr>
            <w:tcW w:w="2154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D020DF1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sz w:val="20"/>
                <w:szCs w:val="20"/>
                <w:lang w:val="cs-CZ"/>
              </w:rPr>
              <w:br/>
            </w:r>
          </w:p>
        </w:tc>
      </w:tr>
      <w:tr w:rsidR="00AD396F" w:rsidRPr="006B0AAC" w14:paraId="0CD0474B" w14:textId="77777777">
        <w:trPr>
          <w:cantSplit/>
          <w:jc w:val="center"/>
        </w:trPr>
        <w:tc>
          <w:tcPr>
            <w:tcW w:w="4082" w:type="dxa"/>
            <w:shd w:val="clear" w:color="auto" w:fill="F7F9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DDBBCF7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sz w:val="20"/>
                <w:szCs w:val="20"/>
                <w:lang w:val="cs-CZ"/>
              </w:rPr>
              <w:br/>
            </w:r>
          </w:p>
        </w:tc>
        <w:tc>
          <w:tcPr>
            <w:tcW w:w="3402" w:type="dxa"/>
            <w:shd w:val="clear" w:color="auto" w:fill="F7F9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1ED2E84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sz w:val="20"/>
                <w:szCs w:val="20"/>
                <w:lang w:val="cs-CZ"/>
              </w:rPr>
              <w:br/>
            </w:r>
          </w:p>
        </w:tc>
        <w:tc>
          <w:tcPr>
            <w:tcW w:w="2154" w:type="dxa"/>
            <w:shd w:val="clear" w:color="auto" w:fill="F7F9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31E4F2E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sz w:val="20"/>
                <w:szCs w:val="20"/>
                <w:lang w:val="cs-CZ"/>
              </w:rPr>
              <w:br/>
            </w:r>
          </w:p>
        </w:tc>
      </w:tr>
    </w:tbl>
    <w:p w14:paraId="52DA49A7" w14:textId="77777777" w:rsidR="00390513" w:rsidRDefault="00390513" w:rsidP="00390513">
      <w:pPr>
        <w:pStyle w:val="Odstavecseseznamem"/>
        <w:keepNext/>
        <w:spacing w:after="0"/>
        <w:rPr>
          <w:rFonts w:ascii="Segoe UI" w:hAnsi="Segoe UI" w:cs="Segoe UI"/>
          <w:b/>
          <w:color w:val="17365D"/>
          <w:sz w:val="20"/>
          <w:szCs w:val="20"/>
          <w:lang w:val="cs-CZ"/>
        </w:rPr>
      </w:pPr>
    </w:p>
    <w:p w14:paraId="710EC944" w14:textId="77777777" w:rsidR="00390513" w:rsidRDefault="00390513" w:rsidP="00390513">
      <w:pPr>
        <w:pStyle w:val="Odstavecseseznamem"/>
        <w:keepNext/>
        <w:spacing w:after="0"/>
        <w:rPr>
          <w:rFonts w:ascii="Segoe UI" w:hAnsi="Segoe UI" w:cs="Segoe UI"/>
          <w:b/>
          <w:color w:val="17365D"/>
          <w:sz w:val="20"/>
          <w:szCs w:val="20"/>
          <w:lang w:val="cs-CZ"/>
        </w:rPr>
      </w:pPr>
    </w:p>
    <w:p w14:paraId="0B3C5A95" w14:textId="77777777" w:rsidR="00E42C3E" w:rsidRDefault="00E42C3E" w:rsidP="00E42C3E">
      <w:pPr>
        <w:pStyle w:val="Odstavecseseznamem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 w:type="page"/>
      </w:r>
    </w:p>
    <w:p w14:paraId="2D4BC8D6" w14:textId="0EB863D3" w:rsidR="00AD396F" w:rsidRPr="00E42C3E" w:rsidRDefault="00000000" w:rsidP="00390513">
      <w:pPr>
        <w:pStyle w:val="Odstavecseseznamem"/>
        <w:keepNext/>
        <w:numPr>
          <w:ilvl w:val="0"/>
          <w:numId w:val="10"/>
        </w:numPr>
        <w:spacing w:after="0"/>
        <w:rPr>
          <w:rFonts w:ascii="Segoe UI" w:hAnsi="Segoe UI" w:cs="Segoe UI"/>
          <w:b/>
          <w:color w:val="17365D"/>
          <w:sz w:val="20"/>
          <w:szCs w:val="20"/>
          <w:u w:val="single"/>
          <w:lang w:val="cs-CZ"/>
        </w:rPr>
      </w:pPr>
      <w:r w:rsidRPr="00E42C3E">
        <w:rPr>
          <w:rFonts w:ascii="Segoe UI" w:hAnsi="Segoe UI" w:cs="Segoe UI"/>
          <w:b/>
          <w:color w:val="17365D"/>
          <w:sz w:val="20"/>
          <w:szCs w:val="20"/>
          <w:u w:val="single"/>
          <w:lang w:val="cs-CZ"/>
        </w:rPr>
        <w:lastRenderedPageBreak/>
        <w:t>Prohlášení zpracovatele projektové dokumentace</w:t>
      </w:r>
    </w:p>
    <w:p w14:paraId="432ADCA9" w14:textId="77777777" w:rsidR="00390513" w:rsidRPr="00390513" w:rsidRDefault="00390513" w:rsidP="00390513">
      <w:pPr>
        <w:pStyle w:val="Odstavecseseznamem"/>
        <w:keepNext/>
        <w:spacing w:after="0"/>
        <w:rPr>
          <w:rFonts w:ascii="Segoe UI" w:hAnsi="Segoe UI" w:cs="Segoe UI"/>
          <w:sz w:val="20"/>
          <w:szCs w:val="20"/>
          <w:lang w:val="cs-CZ"/>
        </w:rPr>
      </w:pPr>
    </w:p>
    <w:p w14:paraId="4F64833F" w14:textId="77777777" w:rsidR="00AD396F" w:rsidRDefault="00000000" w:rsidP="00390513">
      <w:pPr>
        <w:spacing w:after="0" w:line="245" w:lineRule="auto"/>
        <w:jc w:val="both"/>
        <w:rPr>
          <w:rFonts w:ascii="Segoe UI" w:hAnsi="Segoe UI" w:cs="Segoe UI"/>
          <w:sz w:val="20"/>
          <w:szCs w:val="20"/>
          <w:lang w:val="cs-CZ"/>
        </w:rPr>
      </w:pPr>
      <w:r w:rsidRPr="006B0AAC">
        <w:rPr>
          <w:rFonts w:ascii="Segoe UI" w:hAnsi="Segoe UI" w:cs="Segoe UI"/>
          <w:sz w:val="20"/>
          <w:szCs w:val="20"/>
          <w:lang w:val="cs-CZ"/>
        </w:rPr>
        <w:t>Prohlašuji, že jsem skutečné provedení projektu posoudil v rozsahu nezbytném pro vydání tohoto stanoviska. Údaje uvedené v tomto stanovisku odpovídají skutečnostem zjištěným při kontrole a informacím obsaženým v předložené dokumentaci. Stanovisko slouží jako podklad k závěrečnému vyhodnocení projektu a nenahrazuje revize, zkoušky, povolení ani jiné doklady vyžadované právními předpisy, výzvou nebo smlouvou o poskytnutí podpory.</w:t>
      </w:r>
    </w:p>
    <w:p w14:paraId="4EE3562A" w14:textId="77777777" w:rsidR="00D0561E" w:rsidRPr="006B0AAC" w:rsidRDefault="00D0561E" w:rsidP="00390513">
      <w:pPr>
        <w:spacing w:after="0" w:line="245" w:lineRule="auto"/>
        <w:rPr>
          <w:rFonts w:ascii="Segoe UI" w:hAnsi="Segoe UI" w:cs="Segoe UI"/>
          <w:sz w:val="20"/>
          <w:szCs w:val="20"/>
          <w:lang w:val="cs-CZ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985"/>
        <w:gridCol w:w="2833"/>
        <w:gridCol w:w="1757"/>
        <w:gridCol w:w="3061"/>
      </w:tblGrid>
      <w:tr w:rsidR="00AD396F" w:rsidRPr="006B0AAC" w14:paraId="370B0858" w14:textId="77777777" w:rsidTr="00E42C3E">
        <w:trPr>
          <w:cantSplit/>
        </w:trPr>
        <w:tc>
          <w:tcPr>
            <w:tcW w:w="1985" w:type="dxa"/>
            <w:shd w:val="clear" w:color="auto" w:fill="EAF2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E0BE8FE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b/>
                <w:color w:val="17365D"/>
                <w:sz w:val="20"/>
                <w:szCs w:val="20"/>
                <w:lang w:val="cs-CZ"/>
              </w:rPr>
              <w:t>Jméno a příjmení</w:t>
            </w:r>
          </w:p>
        </w:tc>
        <w:tc>
          <w:tcPr>
            <w:tcW w:w="2833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9F641B3" w14:textId="77777777" w:rsidR="00AD396F" w:rsidRPr="006B0AAC" w:rsidRDefault="00AD396F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</w:p>
        </w:tc>
        <w:tc>
          <w:tcPr>
            <w:tcW w:w="1757" w:type="dxa"/>
            <w:shd w:val="clear" w:color="auto" w:fill="EAF2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743394F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b/>
                <w:color w:val="17365D"/>
                <w:sz w:val="20"/>
                <w:szCs w:val="20"/>
                <w:lang w:val="cs-CZ"/>
              </w:rPr>
              <w:t>Číslo autorizace</w:t>
            </w:r>
          </w:p>
        </w:tc>
        <w:tc>
          <w:tcPr>
            <w:tcW w:w="3061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8FA57E6" w14:textId="77777777" w:rsidR="00AD396F" w:rsidRPr="006B0AAC" w:rsidRDefault="00AD396F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</w:p>
        </w:tc>
      </w:tr>
      <w:tr w:rsidR="00AD396F" w:rsidRPr="006B0AAC" w14:paraId="26B8769D" w14:textId="77777777" w:rsidTr="00E42C3E">
        <w:trPr>
          <w:cantSplit/>
        </w:trPr>
        <w:tc>
          <w:tcPr>
            <w:tcW w:w="1985" w:type="dxa"/>
            <w:shd w:val="clear" w:color="auto" w:fill="EAF2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D4BE020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b/>
                <w:color w:val="17365D"/>
                <w:sz w:val="20"/>
                <w:szCs w:val="20"/>
                <w:lang w:val="cs-CZ"/>
              </w:rPr>
              <w:t>Datum vydání</w:t>
            </w:r>
          </w:p>
        </w:tc>
        <w:tc>
          <w:tcPr>
            <w:tcW w:w="2833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2E20265" w14:textId="77777777" w:rsidR="00AD396F" w:rsidRPr="006B0AAC" w:rsidRDefault="00AD396F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</w:p>
        </w:tc>
        <w:tc>
          <w:tcPr>
            <w:tcW w:w="1757" w:type="dxa"/>
            <w:shd w:val="clear" w:color="auto" w:fill="EAF2F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3829D34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b/>
                <w:color w:val="17365D"/>
                <w:sz w:val="20"/>
                <w:szCs w:val="20"/>
                <w:lang w:val="cs-CZ"/>
              </w:rPr>
              <w:t>Podpis / razítko</w:t>
            </w:r>
          </w:p>
        </w:tc>
        <w:tc>
          <w:tcPr>
            <w:tcW w:w="3061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4D5BCCA" w14:textId="77777777" w:rsidR="00AD396F" w:rsidRPr="006B0AAC" w:rsidRDefault="00000000" w:rsidP="00390513">
            <w:pPr>
              <w:spacing w:after="0"/>
              <w:rPr>
                <w:rFonts w:ascii="Segoe UI" w:hAnsi="Segoe UI" w:cs="Segoe UI"/>
                <w:sz w:val="20"/>
                <w:szCs w:val="20"/>
                <w:lang w:val="cs-CZ"/>
              </w:rPr>
            </w:pPr>
            <w:r w:rsidRPr="006B0AAC">
              <w:rPr>
                <w:rFonts w:ascii="Segoe UI" w:hAnsi="Segoe UI" w:cs="Segoe UI"/>
                <w:sz w:val="20"/>
                <w:szCs w:val="20"/>
                <w:lang w:val="cs-CZ"/>
              </w:rPr>
              <w:br/>
            </w:r>
          </w:p>
        </w:tc>
      </w:tr>
    </w:tbl>
    <w:p w14:paraId="4DEF2DE7" w14:textId="77777777" w:rsidR="00D0561E" w:rsidRDefault="00D0561E" w:rsidP="00390513">
      <w:pPr>
        <w:keepNext/>
        <w:spacing w:after="0"/>
        <w:rPr>
          <w:rFonts w:ascii="Segoe UI" w:hAnsi="Segoe UI" w:cs="Segoe UI"/>
          <w:b/>
          <w:color w:val="17365D"/>
          <w:sz w:val="20"/>
          <w:szCs w:val="20"/>
          <w:lang w:val="cs-CZ"/>
        </w:rPr>
      </w:pPr>
    </w:p>
    <w:p w14:paraId="35BFAE9B" w14:textId="77777777" w:rsidR="000B6E09" w:rsidRPr="00085DAD" w:rsidRDefault="000B6E09" w:rsidP="000B6E09">
      <w:pPr>
        <w:keepNext/>
        <w:spacing w:after="0"/>
        <w:rPr>
          <w:rFonts w:ascii="Segoe UI" w:hAnsi="Segoe UI" w:cs="Segoe UI"/>
          <w:b/>
          <w:color w:val="17365D"/>
          <w:sz w:val="20"/>
          <w:szCs w:val="20"/>
          <w:lang w:val="cs-CZ"/>
        </w:rPr>
      </w:pPr>
      <w:r w:rsidRPr="00085DAD">
        <w:rPr>
          <w:rFonts w:ascii="Segoe UI" w:hAnsi="Segoe UI" w:cs="Segoe UI"/>
          <w:b/>
          <w:color w:val="17365D"/>
          <w:sz w:val="20"/>
          <w:szCs w:val="20"/>
          <w:lang w:val="cs-CZ"/>
        </w:rPr>
        <w:t>Podklady použité pro vydání stanoviska</w:t>
      </w:r>
    </w:p>
    <w:p w14:paraId="7A1FB101" w14:textId="248524D5" w:rsidR="00AD396F" w:rsidRPr="006B0AAC" w:rsidRDefault="00000000" w:rsidP="00390513">
      <w:pPr>
        <w:spacing w:after="0"/>
        <w:rPr>
          <w:rFonts w:ascii="Segoe UI" w:hAnsi="Segoe UI" w:cs="Segoe UI"/>
          <w:sz w:val="20"/>
          <w:szCs w:val="20"/>
          <w:lang w:val="cs-CZ"/>
        </w:rPr>
      </w:pPr>
      <w:sdt>
        <w:sdtPr>
          <w:rPr>
            <w:rFonts w:ascii="Segoe UI Symbol" w:hAnsi="Segoe UI Symbol" w:cs="Segoe UI Symbol"/>
            <w:sz w:val="20"/>
            <w:szCs w:val="20"/>
            <w:lang w:val="cs-CZ"/>
          </w:rPr>
          <w:alias w:val="Zaškrtávací políčko"/>
          <w:tag w:val="converted_static_checkbox_1790331360087"/>
          <w:id w:val="-907614435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0AAC" w:rsidRPr="006B0AAC">
            <w:rPr>
              <w:rFonts w:ascii="MS Gothic" w:eastAsia="MS Gothic" w:hAnsi="MS Gothic" w:cs="Segoe UI Symbol" w:hint="eastAsia"/>
              <w:sz w:val="20"/>
              <w:szCs w:val="20"/>
              <w:lang w:val="cs-CZ"/>
            </w:rPr>
            <w:t>☐</w:t>
          </w:r>
        </w:sdtContent>
      </w:sdt>
      <w:r w:rsidR="006B0AAC" w:rsidRPr="006B0AAC">
        <w:rPr>
          <w:rFonts w:ascii="Segoe UI" w:hAnsi="Segoe UI" w:cs="Segoe UI"/>
          <w:sz w:val="20"/>
          <w:szCs w:val="20"/>
          <w:lang w:val="cs-CZ"/>
        </w:rPr>
        <w:t xml:space="preserve"> </w:t>
      </w:r>
      <w:r w:rsidR="00464C12">
        <w:rPr>
          <w:rFonts w:ascii="Segoe UI" w:hAnsi="Segoe UI" w:cs="Segoe UI"/>
          <w:sz w:val="20"/>
          <w:szCs w:val="20"/>
          <w:lang w:val="cs-CZ"/>
        </w:rPr>
        <w:t>P</w:t>
      </w:r>
      <w:r w:rsidR="006B0AAC" w:rsidRPr="006B0AAC">
        <w:rPr>
          <w:rFonts w:ascii="Segoe UI" w:hAnsi="Segoe UI" w:cs="Segoe UI"/>
          <w:sz w:val="20"/>
          <w:szCs w:val="20"/>
          <w:lang w:val="cs-CZ"/>
        </w:rPr>
        <w:t xml:space="preserve">rotokol o uvedení do provozu   </w:t>
      </w:r>
      <w:sdt>
        <w:sdtPr>
          <w:rPr>
            <w:rFonts w:ascii="Segoe UI" w:hAnsi="Segoe UI" w:cs="Segoe UI"/>
            <w:sz w:val="20"/>
            <w:szCs w:val="20"/>
            <w:lang w:val="cs-CZ"/>
          </w:rPr>
          <w:alias w:val="Zaškrtávací políčko"/>
          <w:tag w:val="converted_static_checkbox_1790331360087"/>
          <w:id w:val="93364471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0AAC" w:rsidRPr="006B0AAC">
            <w:rPr>
              <w:rFonts w:ascii="MS Gothic" w:eastAsia="MS Gothic" w:hAnsi="MS Gothic" w:cs="Segoe UI" w:hint="eastAsia"/>
              <w:sz w:val="20"/>
              <w:szCs w:val="20"/>
              <w:lang w:val="cs-CZ"/>
            </w:rPr>
            <w:t>☐</w:t>
          </w:r>
        </w:sdtContent>
      </w:sdt>
      <w:r w:rsidR="006B0AAC" w:rsidRPr="006B0AAC">
        <w:rPr>
          <w:rFonts w:ascii="Segoe UI" w:hAnsi="Segoe UI" w:cs="Segoe UI"/>
          <w:sz w:val="20"/>
          <w:szCs w:val="20"/>
          <w:lang w:val="cs-CZ"/>
        </w:rPr>
        <w:t xml:space="preserve"> </w:t>
      </w:r>
      <w:r w:rsidR="00464C12">
        <w:rPr>
          <w:rFonts w:ascii="Segoe UI" w:hAnsi="Segoe UI" w:cs="Segoe UI"/>
          <w:sz w:val="20"/>
          <w:szCs w:val="20"/>
          <w:lang w:val="cs-CZ"/>
        </w:rPr>
        <w:t>P</w:t>
      </w:r>
      <w:r w:rsidR="006B0AAC" w:rsidRPr="006B0AAC">
        <w:rPr>
          <w:rFonts w:ascii="Segoe UI" w:hAnsi="Segoe UI" w:cs="Segoe UI"/>
          <w:sz w:val="20"/>
          <w:szCs w:val="20"/>
          <w:lang w:val="cs-CZ"/>
        </w:rPr>
        <w:t xml:space="preserve">rotokol o měření a nastavení průtoků   </w:t>
      </w:r>
      <w:sdt>
        <w:sdtPr>
          <w:rPr>
            <w:rFonts w:ascii="Segoe UI" w:hAnsi="Segoe UI" w:cs="Segoe UI"/>
            <w:sz w:val="20"/>
            <w:szCs w:val="20"/>
            <w:lang w:val="cs-CZ"/>
          </w:rPr>
          <w:alias w:val="Zaškrtávací políčko"/>
          <w:tag w:val="converted_static_checkbox_1790331360087"/>
          <w:id w:val="-165036106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0AAC" w:rsidRPr="006B0AAC">
            <w:rPr>
              <w:rFonts w:ascii="MS Gothic" w:eastAsia="MS Gothic" w:hAnsi="MS Gothic" w:cs="Segoe UI" w:hint="eastAsia"/>
              <w:sz w:val="20"/>
              <w:szCs w:val="20"/>
              <w:lang w:val="cs-CZ"/>
            </w:rPr>
            <w:t>☐</w:t>
          </w:r>
        </w:sdtContent>
      </w:sdt>
      <w:r w:rsidR="006B0AAC" w:rsidRPr="006B0AAC">
        <w:rPr>
          <w:rFonts w:ascii="Segoe UI" w:hAnsi="Segoe UI" w:cs="Segoe UI"/>
          <w:sz w:val="20"/>
          <w:szCs w:val="20"/>
          <w:lang w:val="cs-CZ"/>
        </w:rPr>
        <w:t xml:space="preserve"> </w:t>
      </w:r>
      <w:r w:rsidR="00464C12">
        <w:rPr>
          <w:rFonts w:ascii="Segoe UI" w:hAnsi="Segoe UI" w:cs="Segoe UI"/>
          <w:sz w:val="20"/>
          <w:szCs w:val="20"/>
          <w:lang w:val="cs-CZ"/>
        </w:rPr>
        <w:t>F</w:t>
      </w:r>
      <w:r w:rsidR="006B0AAC" w:rsidRPr="006B0AAC">
        <w:rPr>
          <w:rFonts w:ascii="Segoe UI" w:hAnsi="Segoe UI" w:cs="Segoe UI"/>
          <w:sz w:val="20"/>
          <w:szCs w:val="20"/>
          <w:lang w:val="cs-CZ"/>
        </w:rPr>
        <w:t xml:space="preserve">unkční zkouška </w:t>
      </w:r>
      <w:r w:rsidR="00390513" w:rsidRPr="006B0AAC">
        <w:rPr>
          <w:rFonts w:ascii="Segoe UI" w:hAnsi="Segoe UI" w:cs="Segoe UI"/>
          <w:sz w:val="20"/>
          <w:szCs w:val="20"/>
          <w:lang w:val="cs-CZ"/>
        </w:rPr>
        <w:t>regulace</w:t>
      </w:r>
      <w:r w:rsidR="00390513">
        <w:rPr>
          <w:rFonts w:ascii="Segoe UI" w:hAnsi="Segoe UI" w:cs="Segoe UI"/>
          <w:sz w:val="20"/>
          <w:szCs w:val="20"/>
          <w:lang w:val="cs-CZ"/>
        </w:rPr>
        <w:t xml:space="preserve"> </w:t>
      </w:r>
      <w:r w:rsidR="006B0AAC" w:rsidRPr="006B0AAC">
        <w:rPr>
          <w:rFonts w:ascii="Segoe UI" w:hAnsi="Segoe UI" w:cs="Segoe UI"/>
          <w:sz w:val="20"/>
          <w:szCs w:val="20"/>
          <w:lang w:val="cs-CZ"/>
        </w:rPr>
        <w:t xml:space="preserve">CO₂   </w:t>
      </w:r>
      <w:sdt>
        <w:sdtPr>
          <w:rPr>
            <w:rFonts w:ascii="Segoe UI" w:hAnsi="Segoe UI" w:cs="Segoe UI"/>
            <w:sz w:val="20"/>
            <w:szCs w:val="20"/>
            <w:lang w:val="cs-CZ"/>
          </w:rPr>
          <w:alias w:val="Zaškrtávací políčko"/>
          <w:tag w:val="converted_static_checkbox_1790331360087"/>
          <w:id w:val="-17071838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9731C">
            <w:rPr>
              <w:rFonts w:ascii="MS Gothic" w:eastAsia="MS Gothic" w:hAnsi="MS Gothic" w:cs="Segoe UI" w:hint="eastAsia"/>
              <w:sz w:val="20"/>
              <w:szCs w:val="20"/>
              <w:lang w:val="cs-CZ"/>
            </w:rPr>
            <w:t>☐</w:t>
          </w:r>
        </w:sdtContent>
      </w:sdt>
      <w:r w:rsidR="006B0AAC" w:rsidRPr="006B0AAC">
        <w:rPr>
          <w:rFonts w:ascii="Segoe UI" w:hAnsi="Segoe UI" w:cs="Segoe UI"/>
          <w:sz w:val="20"/>
          <w:szCs w:val="20"/>
          <w:lang w:val="cs-CZ"/>
        </w:rPr>
        <w:t xml:space="preserve"> </w:t>
      </w:r>
      <w:r w:rsidR="00464C12">
        <w:rPr>
          <w:rFonts w:ascii="Segoe UI" w:hAnsi="Segoe UI" w:cs="Segoe UI"/>
          <w:sz w:val="20"/>
          <w:szCs w:val="20"/>
          <w:lang w:val="cs-CZ"/>
        </w:rPr>
        <w:t>T</w:t>
      </w:r>
      <w:r w:rsidR="006B0AAC" w:rsidRPr="006B0AAC">
        <w:rPr>
          <w:rFonts w:ascii="Segoe UI" w:hAnsi="Segoe UI" w:cs="Segoe UI"/>
          <w:sz w:val="20"/>
          <w:szCs w:val="20"/>
          <w:lang w:val="cs-CZ"/>
        </w:rPr>
        <w:t xml:space="preserve">echnické listy zařízení   </w:t>
      </w:r>
      <w:sdt>
        <w:sdtPr>
          <w:rPr>
            <w:rFonts w:ascii="Segoe UI" w:hAnsi="Segoe UI" w:cs="Segoe UI"/>
            <w:sz w:val="20"/>
            <w:szCs w:val="20"/>
            <w:lang w:val="cs-CZ"/>
          </w:rPr>
          <w:alias w:val="Zaškrtávací políčko"/>
          <w:tag w:val="converted_static_checkbox_1790331360087"/>
          <w:id w:val="365945352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0AAC" w:rsidRPr="006B0AAC">
            <w:rPr>
              <w:rFonts w:ascii="MS Gothic" w:eastAsia="MS Gothic" w:hAnsi="MS Gothic" w:cs="Segoe UI" w:hint="eastAsia"/>
              <w:sz w:val="20"/>
              <w:szCs w:val="20"/>
              <w:lang w:val="cs-CZ"/>
            </w:rPr>
            <w:t>☐</w:t>
          </w:r>
        </w:sdtContent>
      </w:sdt>
      <w:r w:rsidR="006B0AAC" w:rsidRPr="006B0AAC">
        <w:rPr>
          <w:rFonts w:ascii="Segoe UI" w:hAnsi="Segoe UI" w:cs="Segoe UI"/>
          <w:sz w:val="20"/>
          <w:szCs w:val="20"/>
          <w:lang w:val="cs-CZ"/>
        </w:rPr>
        <w:t xml:space="preserve"> </w:t>
      </w:r>
      <w:r w:rsidR="00464C12">
        <w:rPr>
          <w:rFonts w:ascii="Segoe UI" w:hAnsi="Segoe UI" w:cs="Segoe UI"/>
          <w:sz w:val="20"/>
          <w:szCs w:val="20"/>
          <w:lang w:val="cs-CZ"/>
        </w:rPr>
        <w:t>F</w:t>
      </w:r>
      <w:r w:rsidR="006B0AAC" w:rsidRPr="006B0AAC">
        <w:rPr>
          <w:rFonts w:ascii="Segoe UI" w:hAnsi="Segoe UI" w:cs="Segoe UI"/>
          <w:sz w:val="20"/>
          <w:szCs w:val="20"/>
          <w:lang w:val="cs-CZ"/>
        </w:rPr>
        <w:t xml:space="preserve">otodokumentace   </w:t>
      </w:r>
      <w:sdt>
        <w:sdtPr>
          <w:rPr>
            <w:rFonts w:ascii="Segoe UI" w:hAnsi="Segoe UI" w:cs="Segoe UI"/>
            <w:sz w:val="20"/>
            <w:szCs w:val="20"/>
            <w:lang w:val="cs-CZ"/>
          </w:rPr>
          <w:alias w:val="Zaškrtávací políčko"/>
          <w:tag w:val="converted_static_checkbox_1790331360087"/>
          <w:id w:val="73813774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0AAC" w:rsidRPr="006B0AAC">
            <w:rPr>
              <w:rFonts w:ascii="MS Gothic" w:eastAsia="MS Gothic" w:hAnsi="MS Gothic" w:cs="Segoe UI" w:hint="eastAsia"/>
              <w:sz w:val="20"/>
              <w:szCs w:val="20"/>
              <w:lang w:val="cs-CZ"/>
            </w:rPr>
            <w:t>☐</w:t>
          </w:r>
        </w:sdtContent>
      </w:sdt>
      <w:r w:rsidR="006B0AAC" w:rsidRPr="006B0AAC">
        <w:rPr>
          <w:rFonts w:ascii="Segoe UI" w:hAnsi="Segoe UI" w:cs="Segoe UI"/>
          <w:sz w:val="20"/>
          <w:szCs w:val="20"/>
          <w:lang w:val="cs-CZ"/>
        </w:rPr>
        <w:t xml:space="preserve"> </w:t>
      </w:r>
      <w:r w:rsidR="00464C12">
        <w:rPr>
          <w:rFonts w:ascii="Segoe UI" w:hAnsi="Segoe UI" w:cs="Segoe UI"/>
          <w:sz w:val="20"/>
          <w:szCs w:val="20"/>
          <w:lang w:val="cs-CZ"/>
        </w:rPr>
        <w:t>P</w:t>
      </w:r>
      <w:r w:rsidR="006B0AAC" w:rsidRPr="006B0AAC">
        <w:rPr>
          <w:rFonts w:ascii="Segoe UI" w:hAnsi="Segoe UI" w:cs="Segoe UI"/>
          <w:sz w:val="20"/>
          <w:szCs w:val="20"/>
          <w:lang w:val="cs-CZ"/>
        </w:rPr>
        <w:t xml:space="preserve">řehled změn   </w:t>
      </w:r>
      <w:sdt>
        <w:sdtPr>
          <w:rPr>
            <w:rFonts w:ascii="Segoe UI" w:hAnsi="Segoe UI" w:cs="Segoe UI"/>
            <w:sz w:val="20"/>
            <w:szCs w:val="20"/>
            <w:lang w:val="cs-CZ"/>
          </w:rPr>
          <w:alias w:val="Zaškrtávací políčko"/>
          <w:tag w:val="converted_static_checkbox_1790331360087"/>
          <w:id w:val="-1295132769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0AAC" w:rsidRPr="006B0AAC">
            <w:rPr>
              <w:rFonts w:ascii="MS Gothic" w:eastAsia="MS Gothic" w:hAnsi="MS Gothic" w:cs="Segoe UI" w:hint="eastAsia"/>
              <w:sz w:val="20"/>
              <w:szCs w:val="20"/>
              <w:lang w:val="cs-CZ"/>
            </w:rPr>
            <w:t>☐</w:t>
          </w:r>
        </w:sdtContent>
      </w:sdt>
      <w:r w:rsidR="006B0AAC" w:rsidRPr="006B0AAC">
        <w:rPr>
          <w:rFonts w:ascii="Segoe UI" w:hAnsi="Segoe UI" w:cs="Segoe UI"/>
          <w:sz w:val="20"/>
          <w:szCs w:val="20"/>
          <w:lang w:val="cs-CZ"/>
        </w:rPr>
        <w:t xml:space="preserve"> </w:t>
      </w:r>
      <w:r w:rsidR="00464C12">
        <w:rPr>
          <w:rFonts w:ascii="Segoe UI" w:hAnsi="Segoe UI" w:cs="Segoe UI"/>
          <w:sz w:val="20"/>
          <w:szCs w:val="20"/>
          <w:lang w:val="cs-CZ"/>
        </w:rPr>
        <w:t>D</w:t>
      </w:r>
      <w:r w:rsidR="006B0AAC" w:rsidRPr="006B0AAC">
        <w:rPr>
          <w:rFonts w:ascii="Segoe UI" w:hAnsi="Segoe UI" w:cs="Segoe UI"/>
          <w:sz w:val="20"/>
          <w:szCs w:val="20"/>
          <w:lang w:val="cs-CZ"/>
        </w:rPr>
        <w:t>okumentace skutečného provedení</w:t>
      </w:r>
      <w:r w:rsidR="000B6E09" w:rsidRPr="006B0AAC">
        <w:rPr>
          <w:rFonts w:ascii="Segoe UI" w:hAnsi="Segoe UI" w:cs="Segoe UI"/>
          <w:sz w:val="20"/>
          <w:szCs w:val="20"/>
          <w:lang w:val="cs-CZ"/>
        </w:rPr>
        <w:t xml:space="preserve">   </w:t>
      </w:r>
      <w:sdt>
        <w:sdtPr>
          <w:rPr>
            <w:rFonts w:ascii="Segoe UI" w:hAnsi="Segoe UI" w:cs="Segoe UI"/>
            <w:sz w:val="20"/>
            <w:szCs w:val="20"/>
            <w:lang w:val="cs-CZ"/>
          </w:rPr>
          <w:alias w:val="Zaškrtávací políčko"/>
          <w:tag w:val="converted_static_checkbox_1790331360087"/>
          <w:id w:val="-47385258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6E09" w:rsidRPr="006B0AAC">
            <w:rPr>
              <w:rFonts w:ascii="MS Gothic" w:eastAsia="MS Gothic" w:hAnsi="MS Gothic" w:cs="Segoe UI" w:hint="eastAsia"/>
              <w:sz w:val="20"/>
              <w:szCs w:val="20"/>
              <w:lang w:val="cs-CZ"/>
            </w:rPr>
            <w:t>☐</w:t>
          </w:r>
        </w:sdtContent>
      </w:sdt>
      <w:r w:rsidR="000B6E09" w:rsidRPr="006B0AAC">
        <w:rPr>
          <w:rFonts w:ascii="Segoe UI" w:hAnsi="Segoe UI" w:cs="Segoe UI"/>
          <w:sz w:val="20"/>
          <w:szCs w:val="20"/>
          <w:lang w:val="cs-CZ"/>
        </w:rPr>
        <w:t xml:space="preserve"> </w:t>
      </w:r>
      <w:r w:rsidR="000B6E09">
        <w:rPr>
          <w:rFonts w:ascii="Segoe UI" w:hAnsi="Segoe UI" w:cs="Segoe UI"/>
          <w:sz w:val="20"/>
          <w:szCs w:val="20"/>
          <w:lang w:val="cs-CZ"/>
        </w:rPr>
        <w:t>Schválená projektová dokumentace</w:t>
      </w:r>
      <w:r w:rsidR="000B6E09" w:rsidRPr="006B0AAC">
        <w:rPr>
          <w:rFonts w:ascii="Segoe UI" w:hAnsi="Segoe UI" w:cs="Segoe UI"/>
          <w:sz w:val="20"/>
          <w:szCs w:val="20"/>
          <w:lang w:val="cs-CZ"/>
        </w:rPr>
        <w:t xml:space="preserve">   </w:t>
      </w:r>
      <w:sdt>
        <w:sdtPr>
          <w:rPr>
            <w:rFonts w:ascii="Segoe UI" w:hAnsi="Segoe UI" w:cs="Segoe UI"/>
            <w:sz w:val="20"/>
            <w:szCs w:val="20"/>
            <w:lang w:val="cs-CZ"/>
          </w:rPr>
          <w:alias w:val="Zaškrtávací políčko"/>
          <w:tag w:val="converted_static_checkbox_1790331360087"/>
          <w:id w:val="168570463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6E09" w:rsidRPr="006B0AAC">
            <w:rPr>
              <w:rFonts w:ascii="MS Gothic" w:eastAsia="MS Gothic" w:hAnsi="MS Gothic" w:cs="Segoe UI" w:hint="eastAsia"/>
              <w:sz w:val="20"/>
              <w:szCs w:val="20"/>
              <w:lang w:val="cs-CZ"/>
            </w:rPr>
            <w:t>☐</w:t>
          </w:r>
        </w:sdtContent>
      </w:sdt>
      <w:r w:rsidR="000B6E09" w:rsidRPr="006B0AAC">
        <w:rPr>
          <w:rFonts w:ascii="Segoe UI" w:hAnsi="Segoe UI" w:cs="Segoe UI"/>
          <w:sz w:val="20"/>
          <w:szCs w:val="20"/>
          <w:lang w:val="cs-CZ"/>
        </w:rPr>
        <w:t xml:space="preserve"> </w:t>
      </w:r>
      <w:r w:rsidR="000B6E09">
        <w:rPr>
          <w:rFonts w:ascii="Segoe UI" w:hAnsi="Segoe UI" w:cs="Segoe UI"/>
          <w:sz w:val="20"/>
          <w:szCs w:val="20"/>
          <w:lang w:val="cs-CZ"/>
        </w:rPr>
        <w:t xml:space="preserve">Jiné: </w:t>
      </w:r>
    </w:p>
    <w:sectPr w:rsidR="00AD396F" w:rsidRPr="006B0AAC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95" w:right="709" w:bottom="567" w:left="709" w:header="255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0C156" w14:textId="77777777" w:rsidR="00DB3821" w:rsidRDefault="00DB3821">
      <w:pPr>
        <w:spacing w:after="0"/>
      </w:pPr>
      <w:r>
        <w:separator/>
      </w:r>
    </w:p>
  </w:endnote>
  <w:endnote w:type="continuationSeparator" w:id="0">
    <w:p w14:paraId="50A0F049" w14:textId="77777777" w:rsidR="00DB3821" w:rsidRDefault="00DB382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52520" w14:textId="77777777" w:rsidR="004E440B" w:rsidRPr="006B0AAC" w:rsidRDefault="004E440B">
    <w:pPr>
      <w:pStyle w:val="Zpat"/>
      <w:rPr>
        <w:lang w:val="cs-CZ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15087"/>
      <w:docPartObj>
        <w:docPartGallery w:val="Page Numbers (Bottom of Page)"/>
        <w:docPartUnique/>
      </w:docPartObj>
    </w:sdtPr>
    <w:sdtContent>
      <w:p w14:paraId="474740C5" w14:textId="7576FC44" w:rsidR="00E05499" w:rsidRDefault="00E05499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578731E4" w14:textId="77777777" w:rsidR="004E440B" w:rsidRPr="006B0AAC" w:rsidRDefault="004E440B">
    <w:pPr>
      <w:pStyle w:val="Zpat"/>
      <w:rPr>
        <w:lang w:val="cs-CZ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CE09F" w14:textId="77777777" w:rsidR="004E440B" w:rsidRPr="006B0AAC" w:rsidRDefault="004E440B">
    <w:pPr>
      <w:pStyle w:val="Zpat"/>
      <w:rPr>
        <w:lang w:val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038AF" w14:textId="77777777" w:rsidR="00DB3821" w:rsidRDefault="00DB3821">
      <w:pPr>
        <w:spacing w:after="0"/>
      </w:pPr>
      <w:r>
        <w:separator/>
      </w:r>
    </w:p>
  </w:footnote>
  <w:footnote w:type="continuationSeparator" w:id="0">
    <w:p w14:paraId="1B34636C" w14:textId="77777777" w:rsidR="00DB3821" w:rsidRDefault="00DB382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3D7BB" w14:textId="77777777" w:rsidR="004E440B" w:rsidRPr="006B0AAC" w:rsidRDefault="004E440B">
    <w:pPr>
      <w:pStyle w:val="Zhlav"/>
      <w:rPr>
        <w:lang w:val="cs-CZ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81EC4" w14:textId="02047104" w:rsidR="004E440B" w:rsidRPr="006B0AAC" w:rsidRDefault="004E440B">
    <w:pPr>
      <w:pStyle w:val="Zhlav"/>
      <w:rPr>
        <w:lang w:val="cs-CZ"/>
      </w:rPr>
    </w:pPr>
  </w:p>
  <w:p w14:paraId="6F7DA0A1" w14:textId="77777777" w:rsidR="004E440B" w:rsidRPr="006B0AAC" w:rsidRDefault="004E440B">
    <w:pPr>
      <w:pStyle w:val="Zhlav"/>
      <w:rPr>
        <w:lang w:val="cs-CZ"/>
      </w:rPr>
    </w:pPr>
  </w:p>
  <w:p w14:paraId="23C1D111" w14:textId="6F4ECB79" w:rsidR="004E440B" w:rsidRPr="006B0AAC" w:rsidRDefault="004E440B">
    <w:pPr>
      <w:pStyle w:val="Zhlav"/>
      <w:rPr>
        <w:lang w:val="cs-CZ"/>
      </w:rPr>
    </w:pPr>
    <w:r w:rsidRPr="006B0AAC">
      <w:rPr>
        <w:noProof/>
        <w:lang w:val="cs-CZ" w:eastAsia="cs-CZ"/>
      </w:rPr>
      <w:drawing>
        <wp:anchor distT="0" distB="0" distL="114300" distR="114300" simplePos="0" relativeHeight="251658240" behindDoc="1" locked="0" layoutInCell="1" allowOverlap="1" wp14:anchorId="1853FC6C" wp14:editId="3789187F">
          <wp:simplePos x="0" y="0"/>
          <wp:positionH relativeFrom="margin">
            <wp:posOffset>624205</wp:posOffset>
          </wp:positionH>
          <wp:positionV relativeFrom="paragraph">
            <wp:posOffset>35560</wp:posOffset>
          </wp:positionV>
          <wp:extent cx="5760720" cy="508000"/>
          <wp:effectExtent l="0" t="0" r="0" b="6350"/>
          <wp:wrapTight wrapText="bothSides">
            <wp:wrapPolygon edited="0">
              <wp:start x="0" y="0"/>
              <wp:lineTo x="0" y="21060"/>
              <wp:lineTo x="21500" y="21060"/>
              <wp:lineTo x="21500" y="0"/>
              <wp:lineTo x="0" y="0"/>
            </wp:wrapPolygon>
          </wp:wrapTight>
          <wp:docPr id="116682328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EA31BE6" w14:textId="77777777" w:rsidR="004E440B" w:rsidRPr="006B0AAC" w:rsidRDefault="004E440B">
    <w:pPr>
      <w:pStyle w:val="Zhlav"/>
      <w:rPr>
        <w:lang w:val="cs-CZ"/>
      </w:rPr>
    </w:pPr>
  </w:p>
  <w:p w14:paraId="4D82C92F" w14:textId="77777777" w:rsidR="004E440B" w:rsidRPr="006B0AAC" w:rsidRDefault="004E440B">
    <w:pPr>
      <w:pStyle w:val="Zhlav"/>
      <w:rPr>
        <w:lang w:val="cs-CZ"/>
      </w:rPr>
    </w:pPr>
  </w:p>
  <w:p w14:paraId="47F754ED" w14:textId="77777777" w:rsidR="004E440B" w:rsidRPr="006B0AAC" w:rsidRDefault="004E440B">
    <w:pPr>
      <w:pStyle w:val="Zhlav"/>
      <w:rPr>
        <w:lang w:val="cs-CZ"/>
      </w:rPr>
    </w:pPr>
  </w:p>
  <w:p w14:paraId="72240A92" w14:textId="77777777" w:rsidR="004E440B" w:rsidRPr="006B0AAC" w:rsidRDefault="004E440B">
    <w:pPr>
      <w:pStyle w:val="Zhlav"/>
      <w:rPr>
        <w:lang w:val="cs-CZ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A919B" w14:textId="77777777" w:rsidR="004E440B" w:rsidRPr="006B0AAC" w:rsidRDefault="004E440B">
    <w:pPr>
      <w:pStyle w:val="Zhlav"/>
      <w:rPr>
        <w:lang w:val="cs-C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90F669D"/>
    <w:multiLevelType w:val="hybridMultilevel"/>
    <w:tmpl w:val="A850B0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9571418">
    <w:abstractNumId w:val="8"/>
  </w:num>
  <w:num w:numId="2" w16cid:durableId="299654102">
    <w:abstractNumId w:val="6"/>
  </w:num>
  <w:num w:numId="3" w16cid:durableId="210532440">
    <w:abstractNumId w:val="5"/>
  </w:num>
  <w:num w:numId="4" w16cid:durableId="1111389361">
    <w:abstractNumId w:val="4"/>
  </w:num>
  <w:num w:numId="5" w16cid:durableId="1291401204">
    <w:abstractNumId w:val="7"/>
  </w:num>
  <w:num w:numId="6" w16cid:durableId="1804154579">
    <w:abstractNumId w:val="3"/>
  </w:num>
  <w:num w:numId="7" w16cid:durableId="343098899">
    <w:abstractNumId w:val="2"/>
  </w:num>
  <w:num w:numId="8" w16cid:durableId="1946881605">
    <w:abstractNumId w:val="1"/>
  </w:num>
  <w:num w:numId="9" w16cid:durableId="308486992">
    <w:abstractNumId w:val="0"/>
  </w:num>
  <w:num w:numId="10" w16cid:durableId="1713804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F94"/>
    <w:rsid w:val="00034616"/>
    <w:rsid w:val="00040F28"/>
    <w:rsid w:val="00041C55"/>
    <w:rsid w:val="0006063C"/>
    <w:rsid w:val="000B6E09"/>
    <w:rsid w:val="0015074B"/>
    <w:rsid w:val="0029639D"/>
    <w:rsid w:val="002D2826"/>
    <w:rsid w:val="00326F90"/>
    <w:rsid w:val="00390513"/>
    <w:rsid w:val="00464C12"/>
    <w:rsid w:val="004E440B"/>
    <w:rsid w:val="00506AA0"/>
    <w:rsid w:val="0052006E"/>
    <w:rsid w:val="00523370"/>
    <w:rsid w:val="006B0AAC"/>
    <w:rsid w:val="00916E45"/>
    <w:rsid w:val="009751B3"/>
    <w:rsid w:val="00AA1D8D"/>
    <w:rsid w:val="00AC5DE5"/>
    <w:rsid w:val="00AD396F"/>
    <w:rsid w:val="00AE5E9D"/>
    <w:rsid w:val="00B47730"/>
    <w:rsid w:val="00B9731C"/>
    <w:rsid w:val="00C97394"/>
    <w:rsid w:val="00CB0664"/>
    <w:rsid w:val="00CF17EB"/>
    <w:rsid w:val="00D0561E"/>
    <w:rsid w:val="00DB3821"/>
    <w:rsid w:val="00E05499"/>
    <w:rsid w:val="00E42C3E"/>
    <w:rsid w:val="00FC693F"/>
    <w:rsid w:val="00FE5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490F9C"/>
  <w14:defaultImageDpi w14:val="300"/>
  <w15:docId w15:val="{8D394F35-C437-4C86-A19A-8D278BB2A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40" w:line="240" w:lineRule="auto"/>
    </w:pPr>
    <w:rPr>
      <w:rFonts w:ascii="Aptos" w:hAnsi="Aptos"/>
      <w:color w:val="243447"/>
      <w:sz w:val="16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ze">
    <w:name w:val="Revision"/>
    <w:hidden/>
    <w:uiPriority w:val="99"/>
    <w:semiHidden/>
    <w:rsid w:val="000B6E09"/>
    <w:pPr>
      <w:spacing w:after="0" w:line="240" w:lineRule="auto"/>
    </w:pPr>
    <w:rPr>
      <w:rFonts w:ascii="Aptos" w:hAnsi="Aptos"/>
      <w:color w:val="243447"/>
      <w:sz w:val="16"/>
    </w:rPr>
  </w:style>
  <w:style w:type="paragraph" w:styleId="Normlnweb">
    <w:name w:val="Normal (Web)"/>
    <w:basedOn w:val="Normln"/>
    <w:uiPriority w:val="99"/>
    <w:semiHidden/>
    <w:unhideWhenUsed/>
    <w:rsid w:val="00E42C3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2"/>
      <w:sz w:val="24"/>
      <w:szCs w:val="24"/>
      <w:lang w:val="cs-CZ" w:eastAsia="cs-CZ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745</Words>
  <Characters>4396</Characters>
  <Application>Microsoft Office Word</Application>
  <DocSecurity>0</DocSecurity>
  <Lines>36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Stanovisko zpracovatele projektové dokumentace - dvoustránková verze</vt:lpstr>
      <vt:lpstr/>
    </vt:vector>
  </TitlesOfParts>
  <Manager/>
  <Company/>
  <LinksUpToDate>false</LinksUpToDate>
  <CharactersWithSpaces>5131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Stanovisko zpracovatele projektové dokumentace - dvoustránková verze</dc:title>
  <dc:subject/>
  <dc:creator>Polak Bohdan</dc:creator>
  <cp:keywords/>
  <dc:description>generated by python-docx</dc:description>
  <cp:lastModifiedBy>Polak Bohdan</cp:lastModifiedBy>
  <cp:revision>2</cp:revision>
  <dcterms:created xsi:type="dcterms:W3CDTF">2026-09-30T19:51:00Z</dcterms:created>
  <dcterms:modified xsi:type="dcterms:W3CDTF">2026-09-30T19:51:00Z</dcterms:modified>
  <cp:category/>
</cp:coreProperties>
</file>